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8DEA9" w14:textId="77777777" w:rsidR="00A913C0" w:rsidRPr="00E71185" w:rsidRDefault="00000000">
      <w:pPr>
        <w:jc w:val="center"/>
        <w:rPr>
          <w:rFonts w:ascii="Abadi" w:hAnsi="Abadi"/>
          <w:sz w:val="24"/>
          <w:szCs w:val="24"/>
          <w:lang w:val="fr-CA"/>
        </w:rPr>
      </w:pPr>
      <w:r w:rsidRPr="00E71185">
        <w:rPr>
          <w:rFonts w:ascii="Abadi" w:hAnsi="Abadi"/>
          <w:b/>
          <w:sz w:val="24"/>
          <w:szCs w:val="24"/>
          <w:lang w:val="fr-CA"/>
        </w:rPr>
        <w:t>PROCÈS-VERBAL DU CONSEIL D’ÉTABLISSEMENT</w:t>
      </w:r>
    </w:p>
    <w:p w14:paraId="60BAAE64" w14:textId="77777777" w:rsidR="00A913C0" w:rsidRPr="00E71185" w:rsidRDefault="00000000">
      <w:pPr>
        <w:jc w:val="center"/>
        <w:rPr>
          <w:rFonts w:ascii="Abadi" w:hAnsi="Abadi"/>
          <w:sz w:val="24"/>
          <w:szCs w:val="24"/>
          <w:lang w:val="fr-CA"/>
        </w:rPr>
      </w:pPr>
      <w:r w:rsidRPr="00E71185">
        <w:rPr>
          <w:rFonts w:ascii="Abadi" w:hAnsi="Abadi"/>
          <w:sz w:val="24"/>
          <w:szCs w:val="24"/>
          <w:lang w:val="fr-CA"/>
        </w:rPr>
        <w:t>Séance du 18 novembre 2025</w:t>
      </w:r>
    </w:p>
    <w:p w14:paraId="31F04643" w14:textId="77777777" w:rsidR="00A913C0" w:rsidRPr="00E71185" w:rsidRDefault="00000000">
      <w:pPr>
        <w:jc w:val="center"/>
        <w:rPr>
          <w:rFonts w:ascii="Abadi" w:hAnsi="Abadi"/>
          <w:sz w:val="24"/>
          <w:szCs w:val="24"/>
          <w:lang w:val="fr-CA"/>
        </w:rPr>
      </w:pPr>
      <w:r w:rsidRPr="00E71185">
        <w:rPr>
          <w:rFonts w:ascii="Abadi" w:hAnsi="Abadi"/>
          <w:sz w:val="24"/>
          <w:szCs w:val="24"/>
          <w:lang w:val="fr-CA"/>
        </w:rPr>
        <w:t>Heure : 18 h 15</w:t>
      </w:r>
    </w:p>
    <w:p w14:paraId="1C11FF01" w14:textId="2578F914" w:rsidR="006554BA" w:rsidRPr="00E71185" w:rsidRDefault="00000000" w:rsidP="006554BA">
      <w:pPr>
        <w:rPr>
          <w:rFonts w:ascii="Abadi" w:hAnsi="Abadi"/>
          <w:b/>
          <w:sz w:val="24"/>
          <w:szCs w:val="24"/>
          <w:lang w:val="fr-CA"/>
        </w:rPr>
      </w:pPr>
      <w:r w:rsidRPr="00E71185">
        <w:rPr>
          <w:rFonts w:ascii="Abadi" w:hAnsi="Abadi"/>
          <w:b/>
          <w:sz w:val="24"/>
          <w:szCs w:val="24"/>
          <w:lang w:val="fr-CA"/>
        </w:rPr>
        <w:br/>
        <w:t>PRÉSENCES</w:t>
      </w:r>
    </w:p>
    <w:tbl>
      <w:tblPr>
        <w:tblStyle w:val="TableNormal1"/>
        <w:tblW w:w="8651" w:type="dxa"/>
        <w:tblInd w:w="108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23"/>
        <w:gridCol w:w="2700"/>
        <w:gridCol w:w="1250"/>
        <w:gridCol w:w="878"/>
        <w:gridCol w:w="1400"/>
      </w:tblGrid>
      <w:tr w:rsidR="006554BA" w:rsidRPr="00E71185" w14:paraId="54BE38A4" w14:textId="77777777" w:rsidTr="00AB61F7">
        <w:trPr>
          <w:trHeight w:val="483"/>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7082AE"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kern w:val="0"/>
                <w:sz w:val="24"/>
                <w:szCs w:val="24"/>
                <w:lang w:val="fr-FR"/>
              </w:rPr>
              <w:t>Rôle</w:t>
            </w: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524BB0"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kern w:val="0"/>
                <w:sz w:val="24"/>
                <w:szCs w:val="24"/>
                <w:lang w:val="fr-FR"/>
              </w:rPr>
              <w:t>Nom</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2E9028"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kern w:val="0"/>
                <w:sz w:val="24"/>
                <w:szCs w:val="24"/>
                <w:lang w:val="fr-FR"/>
              </w:rPr>
              <w:t>Présent(e)</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5D13B1"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kern w:val="0"/>
                <w:sz w:val="24"/>
                <w:szCs w:val="24"/>
                <w:lang w:val="fr-FR"/>
              </w:rPr>
              <w:t>Absent(e)</w:t>
            </w: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C939E1"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kern w:val="0"/>
                <w:sz w:val="24"/>
                <w:szCs w:val="24"/>
                <w:lang w:val="fr-FR"/>
              </w:rPr>
              <w:t>Excusé(e)</w:t>
            </w:r>
          </w:p>
        </w:tc>
      </w:tr>
      <w:tr w:rsidR="006554BA" w:rsidRPr="00E71185" w14:paraId="39908FF8" w14:textId="77777777" w:rsidTr="00AB61F7">
        <w:trPr>
          <w:trHeight w:val="28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8FC57F"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sz w:val="24"/>
                <w:szCs w:val="24"/>
                <w:lang w:val="fr-FR"/>
              </w:rPr>
              <w:t>Membre</w:t>
            </w:r>
            <w:r w:rsidRPr="00E71185">
              <w:rPr>
                <w:rStyle w:val="None"/>
                <w:rFonts w:ascii="Abadi" w:hAnsi="Abadi"/>
                <w:sz w:val="24"/>
                <w:szCs w:val="24"/>
              </w:rPr>
              <w:t>s</w:t>
            </w:r>
            <w:r w:rsidRPr="00E71185">
              <w:rPr>
                <w:rStyle w:val="None"/>
                <w:rFonts w:ascii="Abadi" w:hAnsi="Abadi"/>
                <w:sz w:val="24"/>
                <w:szCs w:val="24"/>
                <w:lang w:val="fr-FR"/>
              </w:rPr>
              <w:t xml:space="preserve"> parent</w:t>
            </w:r>
            <w:r w:rsidRPr="00E71185">
              <w:rPr>
                <w:rStyle w:val="None"/>
                <w:rFonts w:ascii="Abadi" w:hAnsi="Abadi"/>
                <w:sz w:val="24"/>
                <w:szCs w:val="24"/>
              </w:rPr>
              <w:t>s</w:t>
            </w: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984B6A"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sz w:val="24"/>
                <w:szCs w:val="24"/>
                <w:lang w:val="fr-FR"/>
              </w:rPr>
              <w:t>Mathieu Rinaldi</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91F6C6" w14:textId="77777777" w:rsidR="006554BA" w:rsidRPr="00E71185" w:rsidRDefault="006554BA" w:rsidP="00AB61F7">
            <w:pPr>
              <w:pStyle w:val="BodyB"/>
              <w:jc w:val="center"/>
              <w:rPr>
                <w:rFonts w:ascii="Abadi" w:hAnsi="Abadi"/>
              </w:rPr>
            </w:pPr>
            <w:r w:rsidRPr="00E71185">
              <w:rPr>
                <w:rStyle w:val="None"/>
                <w:rFonts w:ascii="Abadi" w:hAnsi="Abadi"/>
                <w:lang w:val="en-US"/>
              </w:rPr>
              <w:t>X</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B4FEE5"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w:t>
            </w: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A35F6B"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w:t>
            </w:r>
          </w:p>
        </w:tc>
      </w:tr>
      <w:tr w:rsidR="006554BA" w:rsidRPr="00E71185" w14:paraId="75D51184" w14:textId="77777777" w:rsidTr="00AB61F7">
        <w:trPr>
          <w:trHeight w:val="28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EFFFEC" w14:textId="77777777" w:rsidR="006554BA" w:rsidRPr="00E71185" w:rsidRDefault="006554BA" w:rsidP="00AB61F7">
            <w:pPr>
              <w:pStyle w:val="BodyA"/>
              <w:rPr>
                <w:rFonts w:ascii="Abadi" w:hAnsi="Abadi"/>
                <w:sz w:val="24"/>
                <w:szCs w:val="24"/>
              </w:rPr>
            </w:pPr>
            <w:r w:rsidRPr="00E71185">
              <w:rPr>
                <w:rStyle w:val="None"/>
                <w:rFonts w:ascii="Abadi" w:hAnsi="Abadi"/>
                <w:sz w:val="24"/>
                <w:szCs w:val="24"/>
              </w:rPr>
              <w:t> </w:t>
            </w: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39F0FB"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Fonts w:ascii="Abadi" w:hAnsi="Abadi"/>
                <w:sz w:val="24"/>
                <w:szCs w:val="24"/>
                <w:lang w:val="fr-FR"/>
              </w:rPr>
              <w:t>Etienne Chabot</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E848E" w14:textId="49107F10" w:rsidR="006554BA" w:rsidRPr="00E71185" w:rsidRDefault="006554BA" w:rsidP="00AB61F7">
            <w:pPr>
              <w:pStyle w:val="BodyAAA"/>
              <w:widowControl w:val="0"/>
              <w:tabs>
                <w:tab w:val="left" w:pos="567"/>
                <w:tab w:val="right" w:pos="9340"/>
              </w:tabs>
              <w:jc w:val="center"/>
              <w:rPr>
                <w:rFonts w:ascii="Abadi" w:hAnsi="Abadi"/>
                <w:sz w:val="24"/>
                <w:szCs w:val="24"/>
              </w:rPr>
            </w:pP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901E57" w14:textId="2CF834DB"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X</w:t>
            </w:r>
            <w:r w:rsidRPr="00E71185">
              <w:rPr>
                <w:rStyle w:val="None"/>
                <w:rFonts w:ascii="Abadi" w:hAnsi="Abadi"/>
                <w:sz w:val="24"/>
                <w:szCs w:val="24"/>
              </w:rPr>
              <w:t> </w:t>
            </w: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E8D8E1"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xml:space="preserve">    </w:t>
            </w:r>
          </w:p>
        </w:tc>
      </w:tr>
      <w:tr w:rsidR="006554BA" w:rsidRPr="00E71185" w14:paraId="74EBE258" w14:textId="77777777" w:rsidTr="00AB61F7">
        <w:trPr>
          <w:trHeight w:val="28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0DF6CF" w14:textId="77777777" w:rsidR="006554BA" w:rsidRPr="00E71185" w:rsidRDefault="006554BA" w:rsidP="00AB61F7">
            <w:pPr>
              <w:pStyle w:val="BodyA"/>
              <w:rPr>
                <w:rFonts w:ascii="Abadi" w:hAnsi="Abadi"/>
                <w:sz w:val="24"/>
                <w:szCs w:val="24"/>
              </w:rPr>
            </w:pPr>
            <w:r w:rsidRPr="00E71185">
              <w:rPr>
                <w:rStyle w:val="None"/>
                <w:rFonts w:ascii="Abadi" w:hAnsi="Abadi"/>
                <w:sz w:val="24"/>
                <w:szCs w:val="24"/>
              </w:rPr>
              <w:t> </w:t>
            </w: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C20E6F" w14:textId="5D9D6C63"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sz w:val="24"/>
                <w:szCs w:val="24"/>
                <w:lang w:val="fr-FR"/>
              </w:rPr>
              <w:t xml:space="preserve">Violaine Marcoux </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B08ABF" w14:textId="18E769EC" w:rsidR="006554BA" w:rsidRPr="00E71185" w:rsidRDefault="006554BA" w:rsidP="00AB61F7">
            <w:pPr>
              <w:pStyle w:val="BodyB"/>
              <w:jc w:val="center"/>
              <w:rPr>
                <w:rFonts w:ascii="Abadi" w:hAnsi="Abadi"/>
              </w:rPr>
            </w:pP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C793BC" w14:textId="00D745CD" w:rsidR="006554BA" w:rsidRPr="00E71185" w:rsidRDefault="006554BA" w:rsidP="00AB61F7">
            <w:pPr>
              <w:rPr>
                <w:rFonts w:ascii="Abadi" w:hAnsi="Abadi"/>
                <w:sz w:val="24"/>
                <w:szCs w:val="24"/>
              </w:rPr>
            </w:pPr>
            <w:r w:rsidRPr="00E71185">
              <w:rPr>
                <w:rFonts w:ascii="Abadi" w:hAnsi="Abadi"/>
                <w:sz w:val="24"/>
                <w:szCs w:val="24"/>
              </w:rPr>
              <w:t>X</w:t>
            </w: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7B5EAE"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xml:space="preserve">        </w:t>
            </w:r>
          </w:p>
        </w:tc>
      </w:tr>
      <w:tr w:rsidR="006554BA" w:rsidRPr="00E71185" w14:paraId="2230FED1" w14:textId="77777777" w:rsidTr="00AB61F7">
        <w:trPr>
          <w:trHeight w:val="28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573F76" w14:textId="77777777" w:rsidR="006554BA" w:rsidRPr="00E71185" w:rsidRDefault="006554BA" w:rsidP="00AB61F7">
            <w:pPr>
              <w:pStyle w:val="BodyA"/>
              <w:rPr>
                <w:rFonts w:ascii="Abadi" w:hAnsi="Abadi"/>
                <w:sz w:val="24"/>
                <w:szCs w:val="24"/>
              </w:rPr>
            </w:pPr>
            <w:r w:rsidRPr="00E71185">
              <w:rPr>
                <w:rStyle w:val="None"/>
                <w:rFonts w:ascii="Abadi" w:hAnsi="Abadi"/>
                <w:sz w:val="24"/>
                <w:szCs w:val="24"/>
              </w:rPr>
              <w:t> </w:t>
            </w: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2A49B0" w14:textId="77777777" w:rsidR="006554BA" w:rsidRPr="00E71185" w:rsidRDefault="006554BA" w:rsidP="00AB61F7">
            <w:pPr>
              <w:pStyle w:val="Body"/>
              <w:rPr>
                <w:rFonts w:ascii="Abadi" w:hAnsi="Abadi"/>
              </w:rPr>
            </w:pPr>
            <w:r w:rsidRPr="00E71185">
              <w:rPr>
                <w:rStyle w:val="None"/>
                <w:rFonts w:ascii="Abadi" w:hAnsi="Abadi"/>
                <w:lang w:val="en-US"/>
                <w14:textOutline w14:w="12700" w14:cap="flat" w14:cmpd="sng" w14:algn="ctr">
                  <w14:noFill/>
                  <w14:prstDash w14:val="solid"/>
                  <w14:miter w14:lim="400000"/>
                </w14:textOutline>
              </w:rPr>
              <w:t>Maxime L’Écuyer (18h30)</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59CB23" w14:textId="77777777" w:rsidR="006554BA" w:rsidRPr="00E71185" w:rsidRDefault="006554BA" w:rsidP="00AB61F7">
            <w:pPr>
              <w:pStyle w:val="BodyBA"/>
              <w:rPr>
                <w:rFonts w:ascii="Abadi" w:hAnsi="Abadi"/>
              </w:rPr>
            </w:pPr>
            <w:r w:rsidRPr="00E71185">
              <w:rPr>
                <w:rStyle w:val="None"/>
                <w:rFonts w:ascii="Abadi" w:hAnsi="Abadi"/>
              </w:rPr>
              <w:t xml:space="preserve">       X</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D2F4A1"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w:t>
            </w: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FF8227" w14:textId="77777777" w:rsidR="006554BA" w:rsidRPr="00E71185" w:rsidRDefault="006554BA" w:rsidP="00AB61F7">
            <w:pPr>
              <w:rPr>
                <w:rFonts w:ascii="Abadi" w:hAnsi="Abadi"/>
                <w:sz w:val="24"/>
                <w:szCs w:val="24"/>
              </w:rPr>
            </w:pPr>
          </w:p>
        </w:tc>
      </w:tr>
      <w:tr w:rsidR="006554BA" w:rsidRPr="00E71185" w14:paraId="24BE1B36" w14:textId="77777777" w:rsidTr="00AB61F7">
        <w:trPr>
          <w:trHeight w:val="28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AC59F0" w14:textId="77777777" w:rsidR="006554BA" w:rsidRPr="00E71185" w:rsidRDefault="006554BA" w:rsidP="00AB61F7">
            <w:pPr>
              <w:pStyle w:val="BodyA"/>
              <w:rPr>
                <w:rFonts w:ascii="Abadi" w:hAnsi="Abadi"/>
                <w:sz w:val="24"/>
                <w:szCs w:val="24"/>
              </w:rPr>
            </w:pPr>
            <w:r w:rsidRPr="00E71185">
              <w:rPr>
                <w:rStyle w:val="None"/>
                <w:rFonts w:ascii="Abadi" w:hAnsi="Abadi"/>
                <w:sz w:val="24"/>
                <w:szCs w:val="24"/>
              </w:rPr>
              <w:t> </w:t>
            </w: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032701" w14:textId="77777777" w:rsidR="006554BA" w:rsidRPr="00E71185" w:rsidRDefault="006554BA" w:rsidP="00AB61F7">
            <w:pPr>
              <w:pStyle w:val="Body"/>
              <w:widowControl w:val="0"/>
              <w:tabs>
                <w:tab w:val="left" w:pos="567"/>
                <w:tab w:val="right" w:pos="9340"/>
              </w:tabs>
              <w:rPr>
                <w:rFonts w:ascii="Abadi" w:hAnsi="Abadi"/>
              </w:rPr>
            </w:pPr>
            <w:r w:rsidRPr="00E71185">
              <w:rPr>
                <w:rStyle w:val="None"/>
                <w:rFonts w:ascii="Abadi" w:hAnsi="Abadi"/>
                <w:kern w:val="28"/>
                <w:lang w:val="en-US"/>
                <w14:textOutline w14:w="12700" w14:cap="flat" w14:cmpd="sng" w14:algn="ctr">
                  <w14:noFill/>
                  <w14:prstDash w14:val="solid"/>
                  <w14:miter w14:lim="400000"/>
                </w14:textOutline>
              </w:rPr>
              <w:t>William Côté</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FC0A89" w14:textId="7B540487" w:rsidR="006554BA" w:rsidRPr="00E71185" w:rsidRDefault="006554BA" w:rsidP="00AB61F7">
            <w:pPr>
              <w:pStyle w:val="BodyAAA"/>
              <w:widowControl w:val="0"/>
              <w:tabs>
                <w:tab w:val="left" w:pos="567"/>
                <w:tab w:val="right" w:pos="9340"/>
              </w:tabs>
              <w:jc w:val="center"/>
              <w:rPr>
                <w:rFonts w:ascii="Abadi" w:hAnsi="Abadi"/>
                <w:sz w:val="24"/>
                <w:szCs w:val="24"/>
              </w:rPr>
            </w:pP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2CF3F2" w14:textId="0C7BD194"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X</w:t>
            </w:r>
            <w:r w:rsidRPr="00E71185">
              <w:rPr>
                <w:rStyle w:val="None"/>
                <w:rFonts w:ascii="Abadi" w:hAnsi="Abadi"/>
                <w:sz w:val="24"/>
                <w:szCs w:val="24"/>
              </w:rPr>
              <w:t> </w:t>
            </w: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97845F"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w:t>
            </w:r>
          </w:p>
        </w:tc>
      </w:tr>
      <w:tr w:rsidR="006554BA" w:rsidRPr="00E71185" w14:paraId="70CA0DC9" w14:textId="77777777" w:rsidTr="00AB61F7">
        <w:trPr>
          <w:trHeight w:val="28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26B345" w14:textId="77777777" w:rsidR="006554BA" w:rsidRPr="00E71185" w:rsidRDefault="006554BA" w:rsidP="00AB61F7">
            <w:pPr>
              <w:pStyle w:val="Body"/>
              <w:rPr>
                <w:rFonts w:ascii="Abadi" w:hAnsi="Abadi"/>
              </w:rPr>
            </w:pPr>
            <w:r w:rsidRPr="00E71185">
              <w:rPr>
                <w:rStyle w:val="None"/>
                <w:rFonts w:ascii="Abadi" w:hAnsi="Abadi"/>
                <w:kern w:val="28"/>
                <w:lang w:val="en-US"/>
                <w14:textOutline w14:w="12700" w14:cap="flat" w14:cmpd="sng" w14:algn="ctr">
                  <w14:noFill/>
                  <w14:prstDash w14:val="solid"/>
                  <w14:miter w14:lim="400000"/>
                </w14:textOutline>
              </w:rPr>
              <w:t xml:space="preserve">Parents </w:t>
            </w:r>
            <w:proofErr w:type="spellStart"/>
            <w:r w:rsidRPr="00E71185">
              <w:rPr>
                <w:rStyle w:val="None"/>
                <w:rFonts w:ascii="Abadi" w:hAnsi="Abadi"/>
                <w:kern w:val="28"/>
                <w:lang w:val="en-US"/>
                <w14:textOutline w14:w="12700" w14:cap="flat" w14:cmpd="sng" w14:algn="ctr">
                  <w14:noFill/>
                  <w14:prstDash w14:val="solid"/>
                  <w14:miter w14:lim="400000"/>
                </w14:textOutline>
              </w:rPr>
              <w:t>Substituts</w:t>
            </w:r>
            <w:proofErr w:type="spellEnd"/>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B830EF" w14:textId="77777777" w:rsidR="006554BA" w:rsidRPr="00E71185" w:rsidRDefault="006554BA" w:rsidP="00AB61F7">
            <w:pPr>
              <w:pStyle w:val="Default"/>
              <w:tabs>
                <w:tab w:val="left" w:pos="1440"/>
                <w:tab w:val="left" w:pos="2160"/>
                <w:tab w:val="left" w:pos="2880"/>
                <w:tab w:val="left" w:pos="3600"/>
                <w:tab w:val="left" w:pos="4320"/>
                <w:tab w:val="left" w:pos="5040"/>
                <w:tab w:val="left" w:pos="5760"/>
                <w:tab w:val="left" w:pos="6480"/>
                <w:tab w:val="left" w:pos="7080"/>
                <w:tab w:val="left" w:pos="7788"/>
                <w:tab w:val="left" w:pos="8496"/>
                <w:tab w:val="left" w:pos="9204"/>
                <w:tab w:val="left" w:pos="9912"/>
                <w:tab w:val="left" w:pos="10340"/>
              </w:tabs>
              <w:spacing w:before="0" w:after="266" w:line="240" w:lineRule="auto"/>
              <w:rPr>
                <w:rFonts w:ascii="Abadi" w:hAnsi="Abadi"/>
              </w:rPr>
            </w:pPr>
            <w:r w:rsidRPr="00E71185">
              <w:rPr>
                <w:rStyle w:val="None"/>
                <w:rFonts w:ascii="Abadi" w:hAnsi="Abadi"/>
                <w:u w:color="000000"/>
                <w:shd w:val="clear" w:color="auto" w:fill="FFFFFF"/>
                <w14:textOutline w14:w="12700" w14:cap="flat" w14:cmpd="sng" w14:algn="ctr">
                  <w14:noFill/>
                  <w14:prstDash w14:val="solid"/>
                  <w14:miter w14:lim="400000"/>
                </w14:textOutline>
              </w:rPr>
              <w:t>Mme Manuela Traistaru</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3A3CFB" w14:textId="77777777" w:rsidR="006554BA" w:rsidRPr="00E71185" w:rsidRDefault="006554BA" w:rsidP="00AB61F7">
            <w:pPr>
              <w:pStyle w:val="BodyAAA"/>
              <w:widowControl w:val="0"/>
              <w:tabs>
                <w:tab w:val="left" w:pos="567"/>
                <w:tab w:val="right" w:pos="9340"/>
              </w:tabs>
              <w:jc w:val="center"/>
              <w:rPr>
                <w:rFonts w:ascii="Abadi" w:hAnsi="Abadi"/>
                <w:sz w:val="24"/>
                <w:szCs w:val="24"/>
              </w:rPr>
            </w:pPr>
            <w:r w:rsidRPr="00E71185">
              <w:rPr>
                <w:rStyle w:val="None"/>
                <w:rFonts w:ascii="Abadi" w:hAnsi="Abadi"/>
                <w:sz w:val="24"/>
                <w:szCs w:val="24"/>
                <w:lang w:val="fr-FR"/>
              </w:rPr>
              <w:t>X</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424233" w14:textId="77777777" w:rsidR="006554BA" w:rsidRPr="00E71185" w:rsidRDefault="006554BA" w:rsidP="00AB61F7">
            <w:pPr>
              <w:rPr>
                <w:rFonts w:ascii="Abadi" w:hAnsi="Abadi"/>
                <w:sz w:val="24"/>
                <w:szCs w:val="24"/>
              </w:rPr>
            </w:pP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F27045" w14:textId="77777777" w:rsidR="006554BA" w:rsidRPr="00E71185" w:rsidRDefault="006554BA" w:rsidP="00AB61F7">
            <w:pPr>
              <w:rPr>
                <w:rFonts w:ascii="Abadi" w:hAnsi="Abadi"/>
                <w:sz w:val="24"/>
                <w:szCs w:val="24"/>
              </w:rPr>
            </w:pPr>
          </w:p>
        </w:tc>
      </w:tr>
      <w:tr w:rsidR="006554BA" w:rsidRPr="00E71185" w14:paraId="03C9789C" w14:textId="77777777" w:rsidTr="00AB61F7">
        <w:trPr>
          <w:trHeight w:val="28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7FC8A4" w14:textId="77777777" w:rsidR="006554BA" w:rsidRPr="00E71185" w:rsidRDefault="006554BA" w:rsidP="00AB61F7">
            <w:pPr>
              <w:rPr>
                <w:rFonts w:ascii="Abadi" w:hAnsi="Abadi"/>
                <w:sz w:val="24"/>
                <w:szCs w:val="24"/>
              </w:rPr>
            </w:pP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40EF5A" w14:textId="77777777" w:rsidR="006554BA" w:rsidRPr="00E71185" w:rsidRDefault="006554BA" w:rsidP="00AB61F7">
            <w:pPr>
              <w:pStyle w:val="Default"/>
              <w:tabs>
                <w:tab w:val="left" w:pos="1440"/>
                <w:tab w:val="left" w:pos="2160"/>
                <w:tab w:val="left" w:pos="2880"/>
                <w:tab w:val="left" w:pos="3600"/>
                <w:tab w:val="left" w:pos="4320"/>
                <w:tab w:val="left" w:pos="5040"/>
                <w:tab w:val="left" w:pos="5760"/>
                <w:tab w:val="left" w:pos="6480"/>
                <w:tab w:val="left" w:pos="7080"/>
                <w:tab w:val="left" w:pos="7788"/>
                <w:tab w:val="left" w:pos="8496"/>
                <w:tab w:val="left" w:pos="9204"/>
                <w:tab w:val="left" w:pos="9912"/>
                <w:tab w:val="left" w:pos="10340"/>
              </w:tabs>
              <w:spacing w:before="0" w:after="266" w:line="240" w:lineRule="auto"/>
              <w:rPr>
                <w:rFonts w:ascii="Abadi" w:hAnsi="Abadi"/>
              </w:rPr>
            </w:pPr>
            <w:r w:rsidRPr="00E71185">
              <w:rPr>
                <w:rStyle w:val="None"/>
                <w:rFonts w:ascii="Abadi" w:hAnsi="Abadi"/>
                <w:u w:color="000000"/>
                <w:shd w:val="clear" w:color="auto" w:fill="FFFFFF"/>
                <w14:textOutline w14:w="12700" w14:cap="flat" w14:cmpd="sng" w14:algn="ctr">
                  <w14:noFill/>
                  <w14:prstDash w14:val="solid"/>
                  <w14:miter w14:lim="400000"/>
                </w14:textOutline>
              </w:rPr>
              <w:t>Mme</w:t>
            </w:r>
            <w:r w:rsidRPr="00E71185">
              <w:rPr>
                <w:rFonts w:ascii="Abadi" w:hAnsi="Abadi"/>
                <w:u w:color="000000"/>
                <w14:textOutline w14:w="12700" w14:cap="flat" w14:cmpd="sng" w14:algn="ctr">
                  <w14:noFill/>
                  <w14:prstDash w14:val="solid"/>
                  <w14:miter w14:lim="400000"/>
                </w14:textOutline>
              </w:rPr>
              <w:t xml:space="preserve"> </w:t>
            </w:r>
            <w:r w:rsidRPr="00E71185">
              <w:rPr>
                <w:rStyle w:val="None"/>
                <w:rFonts w:ascii="Abadi" w:hAnsi="Abadi"/>
                <w:u w:color="000000"/>
                <w:shd w:val="clear" w:color="auto" w:fill="FFFFFF"/>
                <w14:textOutline w14:w="12700" w14:cap="flat" w14:cmpd="sng" w14:algn="ctr">
                  <w14:noFill/>
                  <w14:prstDash w14:val="solid"/>
                  <w14:miter w14:lim="400000"/>
                </w14:textOutline>
              </w:rPr>
              <w:t>Melissa Moncada</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2B3D3E" w14:textId="77777777" w:rsidR="006554BA" w:rsidRPr="00E71185" w:rsidRDefault="006554BA" w:rsidP="00AB61F7">
            <w:pPr>
              <w:widowControl w:val="0"/>
              <w:tabs>
                <w:tab w:val="left" w:pos="567"/>
                <w:tab w:val="right" w:pos="9340"/>
              </w:tabs>
              <w:jc w:val="center"/>
              <w:rPr>
                <w:rFonts w:ascii="Abadi" w:hAnsi="Abadi"/>
                <w:sz w:val="24"/>
                <w:szCs w:val="24"/>
              </w:rPr>
            </w:pPr>
            <w:r w:rsidRPr="00E71185">
              <w:rPr>
                <w:rFonts w:ascii="Abadi" w:hAnsi="Abadi" w:cs="Arial Unicode MS"/>
                <w:color w:val="000000"/>
                <w:kern w:val="28"/>
                <w:sz w:val="24"/>
                <w:szCs w:val="24"/>
                <w:u w:color="000000"/>
                <w14:textOutline w14:w="0" w14:cap="flat" w14:cmpd="sng" w14:algn="ctr">
                  <w14:noFill/>
                  <w14:prstDash w14:val="solid"/>
                  <w14:bevel/>
                </w14:textOutline>
              </w:rPr>
              <w:t>X</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D93C6E" w14:textId="77777777" w:rsidR="006554BA" w:rsidRPr="00E71185" w:rsidRDefault="006554BA" w:rsidP="00AB61F7">
            <w:pPr>
              <w:rPr>
                <w:rFonts w:ascii="Abadi" w:hAnsi="Abadi"/>
                <w:sz w:val="24"/>
                <w:szCs w:val="24"/>
              </w:rPr>
            </w:pP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F017AF" w14:textId="77777777" w:rsidR="006554BA" w:rsidRPr="00E71185" w:rsidRDefault="006554BA" w:rsidP="00AB61F7">
            <w:pPr>
              <w:rPr>
                <w:rFonts w:ascii="Abadi" w:hAnsi="Abadi"/>
                <w:sz w:val="24"/>
                <w:szCs w:val="24"/>
              </w:rPr>
            </w:pPr>
          </w:p>
        </w:tc>
      </w:tr>
      <w:tr w:rsidR="006554BA" w:rsidRPr="00E71185" w14:paraId="6C4D1111" w14:textId="77777777" w:rsidTr="00AB61F7">
        <w:trPr>
          <w:trHeight w:val="28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249897"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sz w:val="24"/>
                <w:szCs w:val="24"/>
                <w:lang w:val="fr-FR"/>
              </w:rPr>
              <w:t>Directrice</w:t>
            </w: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FEC13C" w14:textId="77777777" w:rsidR="006554BA" w:rsidRPr="00E71185" w:rsidRDefault="006554BA" w:rsidP="00AB61F7">
            <w:pPr>
              <w:widowControl w:val="0"/>
              <w:tabs>
                <w:tab w:val="left" w:pos="567"/>
                <w:tab w:val="right" w:pos="9340"/>
              </w:tabs>
              <w:rPr>
                <w:rFonts w:ascii="Abadi" w:hAnsi="Abadi"/>
                <w:sz w:val="24"/>
                <w:szCs w:val="24"/>
              </w:rPr>
            </w:pPr>
            <w:r w:rsidRPr="00E71185">
              <w:rPr>
                <w:rFonts w:ascii="Abadi" w:hAnsi="Abadi" w:cs="Arial Unicode MS"/>
                <w:color w:val="000000"/>
                <w:kern w:val="28"/>
                <w:sz w:val="24"/>
                <w:szCs w:val="24"/>
                <w:u w:color="000000"/>
                <w14:textOutline w14:w="0" w14:cap="flat" w14:cmpd="sng" w14:algn="ctr">
                  <w14:noFill/>
                  <w14:prstDash w14:val="solid"/>
                  <w14:bevel/>
                </w14:textOutline>
              </w:rPr>
              <w:t>Anne Petit</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47CF40" w14:textId="77777777" w:rsidR="006554BA" w:rsidRPr="00E71185" w:rsidRDefault="006554BA" w:rsidP="00AB61F7">
            <w:pPr>
              <w:pStyle w:val="BodyAAA"/>
              <w:widowControl w:val="0"/>
              <w:tabs>
                <w:tab w:val="left" w:pos="567"/>
                <w:tab w:val="right" w:pos="9340"/>
              </w:tabs>
              <w:jc w:val="center"/>
              <w:rPr>
                <w:rFonts w:ascii="Abadi" w:hAnsi="Abadi"/>
                <w:sz w:val="24"/>
                <w:szCs w:val="24"/>
              </w:rPr>
            </w:pPr>
            <w:r w:rsidRPr="00E71185">
              <w:rPr>
                <w:rStyle w:val="None"/>
                <w:rFonts w:ascii="Abadi" w:hAnsi="Abadi"/>
                <w:sz w:val="24"/>
                <w:szCs w:val="24"/>
                <w:lang w:val="fr-FR"/>
              </w:rPr>
              <w:t>X</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E6836C"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w:t>
            </w: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4C906A"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w:t>
            </w:r>
          </w:p>
        </w:tc>
      </w:tr>
      <w:tr w:rsidR="006554BA" w:rsidRPr="00E71185" w14:paraId="005AAE0A" w14:textId="77777777" w:rsidTr="00AB61F7">
        <w:trPr>
          <w:trHeight w:val="28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949BDB"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sz w:val="24"/>
                <w:szCs w:val="24"/>
                <w:lang w:val="fr-FR"/>
              </w:rPr>
              <w:t>Directrice adjointe</w:t>
            </w: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2C02F0"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sz w:val="24"/>
                <w:szCs w:val="24"/>
                <w:lang w:val="fr-FR"/>
              </w:rPr>
              <w:t>Lauriane El Boustany</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799DFC" w14:textId="77777777" w:rsidR="006554BA" w:rsidRPr="00E71185" w:rsidRDefault="006554BA" w:rsidP="00AB61F7">
            <w:pPr>
              <w:pStyle w:val="BodyAAA"/>
              <w:widowControl w:val="0"/>
              <w:tabs>
                <w:tab w:val="left" w:pos="567"/>
                <w:tab w:val="right" w:pos="9340"/>
              </w:tabs>
              <w:jc w:val="center"/>
              <w:rPr>
                <w:rFonts w:ascii="Abadi" w:hAnsi="Abadi"/>
                <w:sz w:val="24"/>
                <w:szCs w:val="24"/>
              </w:rPr>
            </w:pPr>
            <w:r w:rsidRPr="00E71185">
              <w:rPr>
                <w:rStyle w:val="None"/>
                <w:rFonts w:ascii="Abadi" w:hAnsi="Abadi"/>
                <w:sz w:val="24"/>
                <w:szCs w:val="24"/>
                <w:lang w:val="fr-FR"/>
              </w:rPr>
              <w:t>X</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AE9C7F"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w:t>
            </w: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B686B6"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w:t>
            </w:r>
          </w:p>
        </w:tc>
      </w:tr>
      <w:tr w:rsidR="006554BA" w:rsidRPr="00E71185" w14:paraId="61059A4D" w14:textId="77777777" w:rsidTr="00AB61F7">
        <w:trPr>
          <w:trHeight w:val="56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D378C5"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sz w:val="24"/>
                <w:szCs w:val="24"/>
                <w:lang w:val="fr-FR"/>
              </w:rPr>
              <w:t>Membres enseignants</w:t>
            </w: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CCEDD2"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sz w:val="24"/>
                <w:szCs w:val="24"/>
                <w:lang w:val="fr-FR"/>
              </w:rPr>
              <w:t>Christine D’Amour</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CC4166"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X</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F58AB2"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w:t>
            </w: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D6A1AF"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xml:space="preserve">         </w:t>
            </w:r>
          </w:p>
        </w:tc>
      </w:tr>
      <w:tr w:rsidR="006554BA" w:rsidRPr="00E71185" w14:paraId="207956FD" w14:textId="77777777" w:rsidTr="00AB61F7">
        <w:trPr>
          <w:trHeight w:val="28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FD731C" w14:textId="77777777" w:rsidR="006554BA" w:rsidRPr="00E71185" w:rsidRDefault="006554BA" w:rsidP="00AB61F7">
            <w:pPr>
              <w:pStyle w:val="BodyA"/>
              <w:rPr>
                <w:rFonts w:ascii="Abadi" w:hAnsi="Abadi"/>
                <w:sz w:val="24"/>
                <w:szCs w:val="24"/>
              </w:rPr>
            </w:pPr>
            <w:r w:rsidRPr="00E71185">
              <w:rPr>
                <w:rStyle w:val="None"/>
                <w:rFonts w:ascii="Abadi" w:hAnsi="Abadi"/>
                <w:sz w:val="24"/>
                <w:szCs w:val="24"/>
              </w:rPr>
              <w:t> </w:t>
            </w: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35CBAB" w14:textId="77777777" w:rsidR="006554BA" w:rsidRPr="00E71185" w:rsidRDefault="006554BA" w:rsidP="00AB61F7">
            <w:pPr>
              <w:widowControl w:val="0"/>
              <w:tabs>
                <w:tab w:val="left" w:pos="567"/>
                <w:tab w:val="right" w:pos="9340"/>
              </w:tabs>
              <w:rPr>
                <w:rFonts w:ascii="Abadi" w:hAnsi="Abadi"/>
                <w:sz w:val="24"/>
                <w:szCs w:val="24"/>
              </w:rPr>
            </w:pPr>
            <w:r w:rsidRPr="00E71185">
              <w:rPr>
                <w:rFonts w:ascii="Abadi" w:hAnsi="Abadi" w:cs="Arial Unicode MS"/>
                <w:color w:val="000000"/>
                <w:kern w:val="28"/>
                <w:sz w:val="24"/>
                <w:szCs w:val="24"/>
                <w:u w:color="000000"/>
                <w14:textOutline w14:w="0" w14:cap="flat" w14:cmpd="sng" w14:algn="ctr">
                  <w14:noFill/>
                  <w14:prstDash w14:val="solid"/>
                  <w14:bevel/>
                </w14:textOutline>
              </w:rPr>
              <w:t>Véronique Matteau</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D3386F"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X</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28E7F2"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w:t>
            </w: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56FECA" w14:textId="77777777" w:rsidR="006554BA" w:rsidRPr="00E71185" w:rsidRDefault="006554BA" w:rsidP="00AB61F7">
            <w:pPr>
              <w:rPr>
                <w:rFonts w:ascii="Abadi" w:hAnsi="Abadi"/>
                <w:sz w:val="24"/>
                <w:szCs w:val="24"/>
              </w:rPr>
            </w:pPr>
          </w:p>
        </w:tc>
      </w:tr>
      <w:tr w:rsidR="006554BA" w:rsidRPr="00E71185" w14:paraId="23257D56" w14:textId="77777777" w:rsidTr="00AB61F7">
        <w:trPr>
          <w:trHeight w:val="28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0AE5F3" w14:textId="77777777" w:rsidR="006554BA" w:rsidRPr="00E71185" w:rsidRDefault="006554BA" w:rsidP="00AB61F7">
            <w:pPr>
              <w:pStyle w:val="BodyA"/>
              <w:rPr>
                <w:rFonts w:ascii="Abadi" w:hAnsi="Abadi"/>
                <w:sz w:val="24"/>
                <w:szCs w:val="24"/>
              </w:rPr>
            </w:pPr>
            <w:r w:rsidRPr="00E71185">
              <w:rPr>
                <w:rStyle w:val="None"/>
                <w:rFonts w:ascii="Abadi" w:hAnsi="Abadi"/>
                <w:sz w:val="24"/>
                <w:szCs w:val="24"/>
              </w:rPr>
              <w:t> </w:t>
            </w: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248467"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sz w:val="24"/>
                <w:szCs w:val="24"/>
                <w:lang w:val="fr-FR"/>
              </w:rPr>
              <w:t>Julia Shantz</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F8372F" w14:textId="77777777" w:rsidR="006554BA" w:rsidRPr="00E71185" w:rsidRDefault="006554BA" w:rsidP="00AB61F7">
            <w:pPr>
              <w:pStyle w:val="BodyAAA"/>
              <w:widowControl w:val="0"/>
              <w:tabs>
                <w:tab w:val="left" w:pos="567"/>
                <w:tab w:val="right" w:pos="9340"/>
              </w:tabs>
              <w:jc w:val="center"/>
              <w:rPr>
                <w:rFonts w:ascii="Abadi" w:hAnsi="Abadi"/>
                <w:sz w:val="24"/>
                <w:szCs w:val="24"/>
              </w:rPr>
            </w:pPr>
            <w:r w:rsidRPr="00E71185">
              <w:rPr>
                <w:rStyle w:val="None"/>
                <w:rFonts w:ascii="Abadi" w:hAnsi="Abadi"/>
                <w:sz w:val="24"/>
                <w:szCs w:val="24"/>
              </w:rPr>
              <w:t>X</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6A0920"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w:t>
            </w: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ECDEA1" w14:textId="77777777" w:rsidR="006554BA" w:rsidRPr="00E71185" w:rsidRDefault="006554BA" w:rsidP="00AB61F7">
            <w:pPr>
              <w:rPr>
                <w:rFonts w:ascii="Abadi" w:hAnsi="Abadi"/>
                <w:sz w:val="24"/>
                <w:szCs w:val="24"/>
              </w:rPr>
            </w:pPr>
          </w:p>
        </w:tc>
      </w:tr>
      <w:tr w:rsidR="006554BA" w:rsidRPr="00E71185" w14:paraId="682BC889" w14:textId="77777777" w:rsidTr="00AB61F7">
        <w:trPr>
          <w:trHeight w:val="28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462494" w14:textId="77777777" w:rsidR="006554BA" w:rsidRPr="00E71185" w:rsidRDefault="006554BA" w:rsidP="00AB61F7">
            <w:pPr>
              <w:pStyle w:val="BodyA"/>
              <w:rPr>
                <w:rFonts w:ascii="Abadi" w:hAnsi="Abadi"/>
                <w:sz w:val="24"/>
                <w:szCs w:val="24"/>
              </w:rPr>
            </w:pPr>
            <w:r w:rsidRPr="00E71185">
              <w:rPr>
                <w:rStyle w:val="None"/>
                <w:rFonts w:ascii="Abadi" w:hAnsi="Abadi"/>
                <w:sz w:val="24"/>
                <w:szCs w:val="24"/>
              </w:rPr>
              <w:t> </w:t>
            </w: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F647E3"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sz w:val="24"/>
                <w:szCs w:val="24"/>
                <w:lang w:val="fr-FR"/>
              </w:rPr>
              <w:t>Guillaume St-Jean</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30AEB2" w14:textId="77777777" w:rsidR="006554BA" w:rsidRPr="00E71185" w:rsidRDefault="006554BA" w:rsidP="00AB61F7">
            <w:pPr>
              <w:pStyle w:val="BodyAAA"/>
              <w:widowControl w:val="0"/>
              <w:tabs>
                <w:tab w:val="left" w:pos="567"/>
                <w:tab w:val="right" w:pos="9340"/>
              </w:tabs>
              <w:jc w:val="center"/>
              <w:rPr>
                <w:rFonts w:ascii="Abadi" w:hAnsi="Abadi"/>
                <w:sz w:val="24"/>
                <w:szCs w:val="24"/>
              </w:rPr>
            </w:pPr>
            <w:r w:rsidRPr="00E71185">
              <w:rPr>
                <w:rStyle w:val="None"/>
                <w:rFonts w:ascii="Abadi" w:hAnsi="Abadi"/>
                <w:sz w:val="24"/>
                <w:szCs w:val="24"/>
                <w:lang w:val="fr-FR"/>
              </w:rPr>
              <w:t>X</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AADDB2"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w:t>
            </w: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07D965"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w:t>
            </w:r>
          </w:p>
        </w:tc>
      </w:tr>
      <w:tr w:rsidR="006554BA" w:rsidRPr="00E71185" w14:paraId="7F933C31" w14:textId="77777777" w:rsidTr="00AB61F7">
        <w:trPr>
          <w:trHeight w:val="28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B92F98" w14:textId="77777777" w:rsidR="006554BA" w:rsidRPr="00E71185" w:rsidRDefault="006554BA" w:rsidP="00AB61F7">
            <w:pPr>
              <w:pStyle w:val="BodyA"/>
              <w:rPr>
                <w:rFonts w:ascii="Abadi" w:hAnsi="Abadi"/>
                <w:sz w:val="24"/>
                <w:szCs w:val="24"/>
              </w:rPr>
            </w:pPr>
            <w:r w:rsidRPr="00E71185">
              <w:rPr>
                <w:rStyle w:val="None"/>
                <w:rFonts w:ascii="Abadi" w:hAnsi="Abadi"/>
                <w:sz w:val="24"/>
                <w:szCs w:val="24"/>
              </w:rPr>
              <w:t> </w:t>
            </w: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63D5C7" w14:textId="77777777" w:rsidR="006554BA" w:rsidRPr="00E71185" w:rsidRDefault="006554BA" w:rsidP="00AB61F7">
            <w:pPr>
              <w:pStyle w:val="BodyAAA"/>
              <w:widowControl w:val="0"/>
              <w:tabs>
                <w:tab w:val="left" w:pos="567"/>
                <w:tab w:val="right" w:pos="9340"/>
              </w:tabs>
              <w:rPr>
                <w:rFonts w:ascii="Abadi" w:hAnsi="Abadi"/>
                <w:sz w:val="24"/>
                <w:szCs w:val="24"/>
              </w:rPr>
            </w:pPr>
            <w:r w:rsidRPr="00E71185">
              <w:rPr>
                <w:rStyle w:val="None"/>
                <w:rFonts w:ascii="Abadi" w:hAnsi="Abadi"/>
                <w:sz w:val="24"/>
                <w:szCs w:val="24"/>
                <w:lang w:val="fr-FR"/>
              </w:rPr>
              <w:t>Geneviève Gauthier</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0CFB00" w14:textId="77777777" w:rsidR="006554BA" w:rsidRPr="00E71185" w:rsidRDefault="006554BA" w:rsidP="00AB61F7">
            <w:pPr>
              <w:pStyle w:val="BodyAAA"/>
              <w:widowControl w:val="0"/>
              <w:tabs>
                <w:tab w:val="left" w:pos="567"/>
                <w:tab w:val="right" w:pos="9340"/>
              </w:tabs>
              <w:jc w:val="center"/>
              <w:rPr>
                <w:rFonts w:ascii="Abadi" w:hAnsi="Abadi"/>
                <w:sz w:val="24"/>
                <w:szCs w:val="24"/>
              </w:rPr>
            </w:pPr>
            <w:r w:rsidRPr="00E71185">
              <w:rPr>
                <w:rStyle w:val="None"/>
                <w:rFonts w:ascii="Abadi" w:hAnsi="Abadi"/>
                <w:sz w:val="24"/>
                <w:szCs w:val="24"/>
              </w:rPr>
              <w:t>X</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060251"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w:t>
            </w: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93DD07" w14:textId="77777777" w:rsidR="006554BA" w:rsidRPr="00E71185" w:rsidRDefault="006554BA" w:rsidP="00AB61F7">
            <w:pPr>
              <w:pStyle w:val="BodyA"/>
              <w:jc w:val="center"/>
              <w:rPr>
                <w:rFonts w:ascii="Abadi" w:hAnsi="Abadi"/>
                <w:sz w:val="24"/>
                <w:szCs w:val="24"/>
              </w:rPr>
            </w:pPr>
            <w:r w:rsidRPr="00E71185">
              <w:rPr>
                <w:rStyle w:val="None"/>
                <w:rFonts w:ascii="Abadi" w:hAnsi="Abadi"/>
                <w:sz w:val="24"/>
                <w:szCs w:val="24"/>
              </w:rPr>
              <w:t> </w:t>
            </w:r>
          </w:p>
        </w:tc>
      </w:tr>
      <w:tr w:rsidR="006554BA" w:rsidRPr="00E71185" w14:paraId="3BE60069" w14:textId="77777777" w:rsidTr="00AB61F7">
        <w:trPr>
          <w:trHeight w:val="56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791E4F" w14:textId="77777777" w:rsidR="006554BA" w:rsidRPr="00E71185" w:rsidRDefault="006554BA" w:rsidP="00AB61F7">
            <w:pPr>
              <w:pStyle w:val="BodyA"/>
              <w:rPr>
                <w:rFonts w:ascii="Abadi" w:hAnsi="Abadi"/>
                <w:sz w:val="24"/>
                <w:szCs w:val="24"/>
              </w:rPr>
            </w:pPr>
            <w:r w:rsidRPr="00E71185">
              <w:rPr>
                <w:rStyle w:val="None"/>
                <w:rFonts w:ascii="Abadi" w:hAnsi="Abadi"/>
                <w:kern w:val="0"/>
                <w:sz w:val="24"/>
                <w:szCs w:val="24"/>
              </w:rPr>
              <w:t>Membres communauté</w:t>
            </w: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8C95F1" w14:textId="77777777" w:rsidR="006554BA" w:rsidRPr="00E71185" w:rsidRDefault="006554BA" w:rsidP="00AB61F7">
            <w:pPr>
              <w:rPr>
                <w:rFonts w:ascii="Abadi" w:hAnsi="Abadi"/>
                <w:sz w:val="24"/>
                <w:szCs w:val="24"/>
              </w:rPr>
            </w:pPr>
            <w:r w:rsidRPr="00E71185">
              <w:rPr>
                <w:rFonts w:ascii="Abadi" w:hAnsi="Abadi" w:cs="Arial Unicode MS"/>
                <w:color w:val="000000"/>
                <w:sz w:val="24"/>
                <w:szCs w:val="24"/>
                <w:u w:color="000000"/>
                <w14:textOutline w14:w="0" w14:cap="flat" w14:cmpd="sng" w14:algn="ctr">
                  <w14:noFill/>
                  <w14:prstDash w14:val="solid"/>
                  <w14:bevel/>
                </w14:textOutline>
              </w:rPr>
              <w:t>Genevieve Bastien</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60FED8" w14:textId="0523D643" w:rsidR="006554BA" w:rsidRPr="00E71185" w:rsidRDefault="006554BA" w:rsidP="00AB61F7">
            <w:pPr>
              <w:pStyle w:val="BodyAAA"/>
              <w:widowControl w:val="0"/>
              <w:tabs>
                <w:tab w:val="left" w:pos="567"/>
                <w:tab w:val="right" w:pos="9340"/>
              </w:tabs>
              <w:jc w:val="center"/>
              <w:rPr>
                <w:rFonts w:ascii="Abadi" w:hAnsi="Abadi"/>
                <w:sz w:val="24"/>
                <w:szCs w:val="24"/>
              </w:rPr>
            </w:pP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1D521A" w14:textId="4ADF845B" w:rsidR="006554BA" w:rsidRPr="00E71185" w:rsidRDefault="006554BA" w:rsidP="00AB61F7">
            <w:pPr>
              <w:rPr>
                <w:rFonts w:ascii="Abadi" w:hAnsi="Abadi"/>
                <w:sz w:val="24"/>
                <w:szCs w:val="24"/>
              </w:rPr>
            </w:pPr>
            <w:r w:rsidRPr="00E71185">
              <w:rPr>
                <w:rFonts w:ascii="Abadi" w:hAnsi="Abadi"/>
                <w:sz w:val="24"/>
                <w:szCs w:val="24"/>
              </w:rPr>
              <w:t>X</w:t>
            </w: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E37AAD" w14:textId="77777777" w:rsidR="006554BA" w:rsidRPr="00E71185" w:rsidRDefault="006554BA" w:rsidP="00AB61F7">
            <w:pPr>
              <w:rPr>
                <w:rFonts w:ascii="Abadi" w:hAnsi="Abadi"/>
                <w:sz w:val="24"/>
                <w:szCs w:val="24"/>
              </w:rPr>
            </w:pPr>
          </w:p>
        </w:tc>
      </w:tr>
      <w:tr w:rsidR="006554BA" w:rsidRPr="00E71185" w14:paraId="772FCA91" w14:textId="77777777" w:rsidTr="00AB61F7">
        <w:trPr>
          <w:trHeight w:val="28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AA9384" w14:textId="77777777" w:rsidR="006554BA" w:rsidRPr="00E71185" w:rsidRDefault="006554BA" w:rsidP="00AB61F7">
            <w:pPr>
              <w:rPr>
                <w:rFonts w:ascii="Abadi" w:hAnsi="Abadi"/>
                <w:sz w:val="24"/>
                <w:szCs w:val="24"/>
              </w:rPr>
            </w:pP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E9DA7D" w14:textId="77777777" w:rsidR="006554BA" w:rsidRPr="00E71185" w:rsidRDefault="006554BA" w:rsidP="00AB61F7">
            <w:pPr>
              <w:rPr>
                <w:rFonts w:ascii="Abadi" w:hAnsi="Abadi"/>
                <w:sz w:val="24"/>
                <w:szCs w:val="24"/>
              </w:rPr>
            </w:pPr>
            <w:r w:rsidRPr="00E71185">
              <w:rPr>
                <w:rFonts w:ascii="Abadi" w:hAnsi="Abadi" w:cs="Arial Unicode MS"/>
                <w:color w:val="000000"/>
                <w:sz w:val="24"/>
                <w:szCs w:val="24"/>
                <w:u w:color="000000"/>
                <w14:textOutline w14:w="0" w14:cap="flat" w14:cmpd="sng" w14:algn="ctr">
                  <w14:noFill/>
                  <w14:prstDash w14:val="solid"/>
                  <w14:bevel/>
                </w14:textOutline>
              </w:rPr>
              <w:t>Brenda Paquet</w:t>
            </w: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6FB558" w14:textId="7BE583DA" w:rsidR="006554BA" w:rsidRPr="00E71185" w:rsidRDefault="006554BA" w:rsidP="00AB61F7">
            <w:pPr>
              <w:rPr>
                <w:rFonts w:ascii="Abadi" w:hAnsi="Abadi"/>
                <w:sz w:val="24"/>
                <w:szCs w:val="24"/>
              </w:rPr>
            </w:pPr>
            <w:r w:rsidRPr="00E71185">
              <w:rPr>
                <w:rFonts w:ascii="Abadi" w:hAnsi="Abadi"/>
                <w:sz w:val="24"/>
                <w:szCs w:val="24"/>
              </w:rPr>
              <w:t>X</w:t>
            </w: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8CC9D4" w14:textId="77777777" w:rsidR="006554BA" w:rsidRPr="00E71185" w:rsidRDefault="006554BA" w:rsidP="00AB61F7">
            <w:pPr>
              <w:rPr>
                <w:rFonts w:ascii="Abadi" w:hAnsi="Abadi"/>
                <w:sz w:val="24"/>
                <w:szCs w:val="24"/>
              </w:rPr>
            </w:pP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277E94" w14:textId="2F003882" w:rsidR="006554BA" w:rsidRPr="00E71185" w:rsidRDefault="006554BA" w:rsidP="00AB61F7">
            <w:pPr>
              <w:pStyle w:val="BodyAAA"/>
              <w:widowControl w:val="0"/>
              <w:tabs>
                <w:tab w:val="left" w:pos="567"/>
                <w:tab w:val="right" w:pos="9340"/>
              </w:tabs>
              <w:jc w:val="center"/>
              <w:rPr>
                <w:rFonts w:ascii="Abadi" w:hAnsi="Abadi"/>
                <w:sz w:val="24"/>
                <w:szCs w:val="24"/>
              </w:rPr>
            </w:pPr>
          </w:p>
        </w:tc>
      </w:tr>
      <w:tr w:rsidR="006554BA" w:rsidRPr="00E71185" w14:paraId="09E76205" w14:textId="77777777" w:rsidTr="00AB61F7">
        <w:trPr>
          <w:trHeight w:val="282"/>
        </w:trPr>
        <w:tc>
          <w:tcPr>
            <w:tcW w:w="24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7B1A37" w14:textId="77777777" w:rsidR="006554BA" w:rsidRPr="00E71185" w:rsidRDefault="006554BA" w:rsidP="00AB61F7">
            <w:pPr>
              <w:pStyle w:val="BodyBAA"/>
              <w:rPr>
                <w:rFonts w:ascii="Abadi" w:hAnsi="Abadi"/>
              </w:rPr>
            </w:pPr>
            <w:r w:rsidRPr="00E71185">
              <w:rPr>
                <w:rStyle w:val="None"/>
                <w:rFonts w:ascii="Abadi" w:hAnsi="Abadi"/>
                <w:kern w:val="28"/>
              </w:rPr>
              <w:t>Membre du public</w:t>
            </w:r>
          </w:p>
        </w:tc>
        <w:tc>
          <w:tcPr>
            <w:tcW w:w="27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A9AA0A" w14:textId="19DC4344" w:rsidR="006554BA" w:rsidRPr="00E71185" w:rsidRDefault="006554BA" w:rsidP="00AB61F7">
            <w:pPr>
              <w:widowControl w:val="0"/>
              <w:tabs>
                <w:tab w:val="left" w:pos="567"/>
                <w:tab w:val="right" w:pos="9340"/>
              </w:tabs>
              <w:rPr>
                <w:rFonts w:ascii="Abadi" w:hAnsi="Abadi"/>
                <w:sz w:val="24"/>
                <w:szCs w:val="24"/>
              </w:rPr>
            </w:pPr>
          </w:p>
        </w:tc>
        <w:tc>
          <w:tcPr>
            <w:tcW w:w="1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ED176C" w14:textId="3684A5E0" w:rsidR="006554BA" w:rsidRPr="00E71185" w:rsidRDefault="006554BA" w:rsidP="00AB61F7">
            <w:pPr>
              <w:widowControl w:val="0"/>
              <w:tabs>
                <w:tab w:val="left" w:pos="567"/>
                <w:tab w:val="right" w:pos="9340"/>
              </w:tabs>
              <w:jc w:val="center"/>
              <w:rPr>
                <w:rFonts w:ascii="Abadi" w:hAnsi="Abadi"/>
                <w:sz w:val="24"/>
                <w:szCs w:val="24"/>
              </w:rPr>
            </w:pPr>
          </w:p>
        </w:tc>
        <w:tc>
          <w:tcPr>
            <w:tcW w:w="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A8899C" w14:textId="77777777" w:rsidR="006554BA" w:rsidRPr="00E71185" w:rsidRDefault="006554BA" w:rsidP="00AB61F7">
            <w:pPr>
              <w:rPr>
                <w:rFonts w:ascii="Abadi" w:hAnsi="Abadi"/>
                <w:sz w:val="24"/>
                <w:szCs w:val="24"/>
              </w:rPr>
            </w:pPr>
          </w:p>
        </w:tc>
        <w:tc>
          <w:tcPr>
            <w:tcW w:w="14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B41DC9" w14:textId="77777777" w:rsidR="006554BA" w:rsidRPr="00E71185" w:rsidRDefault="006554BA" w:rsidP="00AB61F7">
            <w:pPr>
              <w:rPr>
                <w:rFonts w:ascii="Abadi" w:hAnsi="Abadi"/>
                <w:sz w:val="24"/>
                <w:szCs w:val="24"/>
              </w:rPr>
            </w:pPr>
          </w:p>
        </w:tc>
      </w:tr>
    </w:tbl>
    <w:p w14:paraId="6B8302DE" w14:textId="77777777" w:rsidR="006554BA" w:rsidRPr="00E71185" w:rsidRDefault="006554BA">
      <w:pPr>
        <w:rPr>
          <w:rFonts w:ascii="Abadi" w:hAnsi="Abadi"/>
          <w:sz w:val="24"/>
          <w:szCs w:val="24"/>
          <w:lang w:val="fr-CA"/>
        </w:rPr>
      </w:pPr>
    </w:p>
    <w:p w14:paraId="104703EF" w14:textId="663E7326" w:rsidR="00A913C0" w:rsidRPr="00E71185" w:rsidRDefault="00000000">
      <w:pPr>
        <w:rPr>
          <w:rFonts w:ascii="Abadi" w:hAnsi="Abadi" w:cs="Calibri Light"/>
          <w:b/>
          <w:sz w:val="24"/>
          <w:szCs w:val="24"/>
          <w:lang w:val="fr-CA"/>
        </w:rPr>
      </w:pPr>
      <w:r w:rsidRPr="00E71185">
        <w:rPr>
          <w:rFonts w:ascii="Abadi" w:hAnsi="Abadi"/>
          <w:b/>
          <w:sz w:val="24"/>
          <w:szCs w:val="24"/>
          <w:lang w:val="fr-CA"/>
        </w:rPr>
        <w:br/>
      </w:r>
      <w:r w:rsidR="006554BA" w:rsidRPr="00E71185">
        <w:rPr>
          <w:rFonts w:ascii="Abadi" w:hAnsi="Abadi" w:cs="Calibri Light"/>
          <w:b/>
          <w:sz w:val="24"/>
          <w:szCs w:val="24"/>
          <w:lang w:val="fr-CA"/>
        </w:rPr>
        <w:t>PROCÈS VERBAL</w:t>
      </w:r>
    </w:p>
    <w:p w14:paraId="3D6FE506" w14:textId="77777777" w:rsidR="006554BA" w:rsidRPr="00E71185" w:rsidRDefault="006554BA" w:rsidP="006554BA">
      <w:pPr>
        <w:widowControl w:val="0"/>
        <w:tabs>
          <w:tab w:val="right" w:pos="720"/>
        </w:tabs>
        <w:spacing w:line="288" w:lineRule="auto"/>
        <w:ind w:left="360"/>
        <w:jc w:val="center"/>
        <w:rPr>
          <w:rFonts w:ascii="Abadi" w:eastAsia="Helvetica" w:hAnsi="Abadi" w:cs="Helvetica"/>
          <w:b/>
          <w:bCs/>
          <w:sz w:val="24"/>
          <w:szCs w:val="24"/>
          <w:u w:val="single"/>
        </w:rPr>
      </w:pPr>
      <w:r w:rsidRPr="00E71185">
        <w:rPr>
          <w:rFonts w:ascii="Abadi" w:hAnsi="Abadi"/>
          <w:b/>
          <w:bCs/>
          <w:sz w:val="24"/>
          <w:szCs w:val="24"/>
          <w:u w:val="single"/>
        </w:rPr>
        <w:t>ORDRE DU JOUR</w:t>
      </w:r>
    </w:p>
    <w:p w14:paraId="08B1FCB6" w14:textId="77777777" w:rsidR="006554BA" w:rsidRPr="00E71185" w:rsidRDefault="006554BA" w:rsidP="006554BA">
      <w:pPr>
        <w:widowControl w:val="0"/>
        <w:tabs>
          <w:tab w:val="right" w:pos="720"/>
        </w:tabs>
        <w:spacing w:line="288" w:lineRule="auto"/>
        <w:rPr>
          <w:rFonts w:ascii="Abadi" w:eastAsia="Helvetica" w:hAnsi="Abadi" w:cs="Helvetica"/>
          <w:sz w:val="24"/>
          <w:szCs w:val="24"/>
        </w:rPr>
      </w:pPr>
    </w:p>
    <w:p w14:paraId="2F388A51" w14:textId="77777777" w:rsidR="006554BA" w:rsidRPr="00E71185" w:rsidRDefault="006554BA" w:rsidP="006554BA">
      <w:pPr>
        <w:widowControl w:val="0"/>
        <w:numPr>
          <w:ilvl w:val="0"/>
          <w:numId w:val="14"/>
        </w:numPr>
        <w:pBdr>
          <w:top w:val="nil"/>
          <w:left w:val="nil"/>
          <w:bottom w:val="nil"/>
          <w:right w:val="nil"/>
          <w:between w:val="nil"/>
          <w:bar w:val="nil"/>
        </w:pBdr>
        <w:spacing w:after="0" w:line="360" w:lineRule="auto"/>
        <w:jc w:val="both"/>
        <w:rPr>
          <w:rFonts w:ascii="Abadi" w:hAnsi="Abadi" w:cs="Helvetica"/>
          <w:sz w:val="24"/>
          <w:szCs w:val="24"/>
          <w:lang w:val="fr-CA"/>
        </w:rPr>
      </w:pPr>
      <w:r w:rsidRPr="00E71185">
        <w:rPr>
          <w:rFonts w:ascii="Abadi" w:hAnsi="Abadi" w:cs="Helvetica"/>
          <w:sz w:val="24"/>
          <w:szCs w:val="24"/>
          <w:lang w:val="fr-CA"/>
        </w:rPr>
        <w:t>Prise des présences et vérification du quorum</w:t>
      </w:r>
      <w:r w:rsidRPr="00E71185">
        <w:rPr>
          <w:rFonts w:ascii="Abadi" w:eastAsia="Helvetica" w:hAnsi="Abadi" w:cs="Helvetica"/>
          <w:sz w:val="24"/>
          <w:szCs w:val="24"/>
          <w:lang w:val="fr-CA"/>
        </w:rPr>
        <w:tab/>
        <w:t>5 minutes</w:t>
      </w:r>
    </w:p>
    <w:p w14:paraId="271F01BF" w14:textId="77777777" w:rsidR="006554BA" w:rsidRPr="00E71185" w:rsidRDefault="006554BA" w:rsidP="006554BA">
      <w:pPr>
        <w:widowControl w:val="0"/>
        <w:numPr>
          <w:ilvl w:val="0"/>
          <w:numId w:val="15"/>
        </w:numPr>
        <w:pBdr>
          <w:top w:val="nil"/>
          <w:left w:val="nil"/>
          <w:bottom w:val="nil"/>
          <w:right w:val="nil"/>
          <w:between w:val="nil"/>
          <w:bar w:val="nil"/>
        </w:pBdr>
        <w:spacing w:after="0" w:line="360" w:lineRule="auto"/>
        <w:jc w:val="both"/>
        <w:rPr>
          <w:rFonts w:ascii="Abadi" w:hAnsi="Abadi" w:cs="Helvetica"/>
          <w:sz w:val="24"/>
          <w:szCs w:val="24"/>
        </w:rPr>
      </w:pPr>
      <w:r w:rsidRPr="00E71185">
        <w:rPr>
          <w:rFonts w:ascii="Abadi" w:hAnsi="Abadi" w:cs="Helvetica"/>
          <w:sz w:val="24"/>
          <w:szCs w:val="24"/>
        </w:rPr>
        <w:t>Questions du public</w:t>
      </w:r>
      <w:r w:rsidRPr="00E71185">
        <w:rPr>
          <w:rFonts w:ascii="Abadi" w:hAnsi="Abadi" w:cs="Helvetica"/>
          <w:sz w:val="24"/>
          <w:szCs w:val="24"/>
        </w:rPr>
        <w:tab/>
        <w:t xml:space="preserve"> 10 minutes</w:t>
      </w:r>
    </w:p>
    <w:p w14:paraId="6B92B854" w14:textId="44E9BBED" w:rsidR="006554BA" w:rsidRPr="00E71185" w:rsidRDefault="006554BA" w:rsidP="006554BA">
      <w:pPr>
        <w:widowControl w:val="0"/>
        <w:tabs>
          <w:tab w:val="left" w:pos="740"/>
          <w:tab w:val="right" w:pos="9340"/>
        </w:tabs>
        <w:spacing w:line="360" w:lineRule="auto"/>
        <w:ind w:left="567"/>
        <w:jc w:val="both"/>
        <w:rPr>
          <w:rFonts w:ascii="Abadi" w:hAnsi="Abadi" w:cs="Helvetica"/>
          <w:sz w:val="24"/>
          <w:szCs w:val="24"/>
        </w:rPr>
      </w:pPr>
      <w:bookmarkStart w:id="0" w:name="_Hlk214434424"/>
      <w:r w:rsidRPr="00E71185">
        <w:rPr>
          <w:rFonts w:ascii="Abadi" w:hAnsi="Abadi" w:cs="Helvetica"/>
          <w:sz w:val="24"/>
          <w:szCs w:val="24"/>
          <w:lang w:val="fr-CA"/>
        </w:rPr>
        <w:t xml:space="preserve">Épidémie de poux : procédure à suivre ou ce que l’école peut imposer aux familles – proposition de comité antipoux </w:t>
      </w:r>
      <w:r w:rsidRPr="00E71185">
        <w:rPr>
          <w:rFonts w:ascii="Abadi" w:hAnsi="Abadi" w:cs="Helvetica"/>
          <w:sz w:val="24"/>
          <w:szCs w:val="24"/>
        </w:rPr>
        <w:sym w:font="Wingdings" w:char="F0E0"/>
      </w:r>
      <w:r w:rsidRPr="00E71185">
        <w:rPr>
          <w:rFonts w:ascii="Abadi" w:hAnsi="Abadi" w:cs="Helvetica"/>
          <w:sz w:val="24"/>
          <w:szCs w:val="24"/>
          <w:lang w:val="fr-CA"/>
        </w:rPr>
        <w:t xml:space="preserve"> procédure existe en lien avec le CIUSS et notre infirmière – nous n’avons pas le droit d’envoyer un enfant à la maison, on ne peut qu’encourager les familles à faire le traitement nécessaire. </w:t>
      </w:r>
      <w:r w:rsidRPr="00E71185">
        <w:rPr>
          <w:rFonts w:ascii="Abadi" w:hAnsi="Abadi" w:cs="Helvetica"/>
          <w:sz w:val="24"/>
          <w:szCs w:val="24"/>
        </w:rPr>
        <w:t xml:space="preserve">Nous </w:t>
      </w:r>
      <w:proofErr w:type="spellStart"/>
      <w:r w:rsidRPr="00E71185">
        <w:rPr>
          <w:rFonts w:ascii="Abadi" w:hAnsi="Abadi" w:cs="Helvetica"/>
          <w:sz w:val="24"/>
          <w:szCs w:val="24"/>
        </w:rPr>
        <w:t>comptons</w:t>
      </w:r>
      <w:proofErr w:type="spellEnd"/>
      <w:r w:rsidRPr="00E71185">
        <w:rPr>
          <w:rFonts w:ascii="Abadi" w:hAnsi="Abadi" w:cs="Helvetica"/>
          <w:sz w:val="24"/>
          <w:szCs w:val="24"/>
        </w:rPr>
        <w:t xml:space="preserve"> sur les parents </w:t>
      </w:r>
      <w:r w:rsidR="00E71185">
        <w:rPr>
          <w:rFonts w:ascii="Abadi" w:hAnsi="Abadi" w:cs="Helvetica"/>
          <w:sz w:val="24"/>
          <w:szCs w:val="24"/>
        </w:rPr>
        <w:t>pour</w:t>
      </w:r>
      <w:r w:rsidRPr="00E71185">
        <w:rPr>
          <w:rFonts w:ascii="Abadi" w:hAnsi="Abadi" w:cs="Helvetica"/>
          <w:sz w:val="24"/>
          <w:szCs w:val="24"/>
        </w:rPr>
        <w:t xml:space="preserve"> faire le </w:t>
      </w:r>
      <w:proofErr w:type="spellStart"/>
      <w:r w:rsidRPr="00E71185">
        <w:rPr>
          <w:rFonts w:ascii="Abadi" w:hAnsi="Abadi" w:cs="Helvetica"/>
          <w:sz w:val="24"/>
          <w:szCs w:val="24"/>
        </w:rPr>
        <w:t>nécessaire</w:t>
      </w:r>
      <w:proofErr w:type="spellEnd"/>
      <w:r w:rsidRPr="00E71185">
        <w:rPr>
          <w:rFonts w:ascii="Abadi" w:hAnsi="Abadi" w:cs="Helvetica"/>
          <w:sz w:val="24"/>
          <w:szCs w:val="24"/>
        </w:rPr>
        <w:t xml:space="preserve">. </w:t>
      </w:r>
    </w:p>
    <w:bookmarkEnd w:id="0"/>
    <w:p w14:paraId="76B65457" w14:textId="77777777" w:rsidR="006554BA" w:rsidRPr="00E71185" w:rsidRDefault="006554BA" w:rsidP="006554BA">
      <w:pPr>
        <w:widowControl w:val="0"/>
        <w:numPr>
          <w:ilvl w:val="0"/>
          <w:numId w:val="15"/>
        </w:numPr>
        <w:pBdr>
          <w:top w:val="nil"/>
          <w:left w:val="nil"/>
          <w:bottom w:val="nil"/>
          <w:right w:val="nil"/>
          <w:between w:val="nil"/>
          <w:bar w:val="nil"/>
        </w:pBdr>
        <w:spacing w:after="0" w:line="360" w:lineRule="auto"/>
        <w:jc w:val="both"/>
        <w:rPr>
          <w:rFonts w:ascii="Abadi" w:hAnsi="Abadi" w:cs="Helvetica"/>
          <w:sz w:val="24"/>
          <w:szCs w:val="24"/>
          <w:lang w:val="fr-CA"/>
        </w:rPr>
      </w:pPr>
      <w:r w:rsidRPr="00E71185">
        <w:rPr>
          <w:rFonts w:ascii="Abadi" w:hAnsi="Abadi" w:cs="Helvetica"/>
          <w:sz w:val="24"/>
          <w:szCs w:val="24"/>
          <w:u w:val="single"/>
          <w:lang w:val="fr-CA"/>
        </w:rPr>
        <w:t>Adoption</w:t>
      </w:r>
      <w:r w:rsidRPr="00E71185">
        <w:rPr>
          <w:rFonts w:ascii="Abadi" w:hAnsi="Abadi" w:cs="Helvetica"/>
          <w:sz w:val="24"/>
          <w:szCs w:val="24"/>
          <w:lang w:val="fr-CA"/>
        </w:rPr>
        <w:t xml:space="preserve"> de l’ordre du jour</w:t>
      </w:r>
      <w:r w:rsidRPr="00E71185">
        <w:rPr>
          <w:rFonts w:ascii="Abadi" w:hAnsi="Abadi" w:cs="Helvetica"/>
          <w:sz w:val="24"/>
          <w:szCs w:val="24"/>
          <w:lang w:val="fr-CA"/>
        </w:rPr>
        <w:tab/>
        <w:t>5 minutes</w:t>
      </w:r>
    </w:p>
    <w:p w14:paraId="4BCE881D" w14:textId="595E5221" w:rsidR="006554BA" w:rsidRPr="00E71185" w:rsidRDefault="006554BA" w:rsidP="006554BA">
      <w:pPr>
        <w:widowControl w:val="0"/>
        <w:tabs>
          <w:tab w:val="left" w:pos="740"/>
          <w:tab w:val="right" w:pos="9340"/>
        </w:tabs>
        <w:spacing w:line="360" w:lineRule="auto"/>
        <w:ind w:left="567"/>
        <w:jc w:val="both"/>
        <w:rPr>
          <w:rFonts w:ascii="Abadi" w:hAnsi="Abadi" w:cs="Helvetica"/>
          <w:sz w:val="24"/>
          <w:szCs w:val="24"/>
          <w:lang w:val="fr-CA"/>
        </w:rPr>
      </w:pPr>
      <w:r w:rsidRPr="00E71185">
        <w:rPr>
          <w:rFonts w:ascii="Abadi" w:hAnsi="Abadi" w:cs="Helvetica"/>
          <w:sz w:val="24"/>
          <w:szCs w:val="24"/>
          <w:lang w:val="fr-CA"/>
        </w:rPr>
        <w:t>Proposé par Geneviève Gauthier et</w:t>
      </w:r>
      <w:r w:rsidR="00E71185">
        <w:rPr>
          <w:rFonts w:ascii="Abadi" w:hAnsi="Abadi" w:cs="Helvetica"/>
          <w:sz w:val="24"/>
          <w:szCs w:val="24"/>
          <w:lang w:val="fr-CA"/>
        </w:rPr>
        <w:t xml:space="preserve"> appuyé</w:t>
      </w:r>
      <w:r w:rsidRPr="00E71185">
        <w:rPr>
          <w:rFonts w:ascii="Abadi" w:hAnsi="Abadi" w:cs="Helvetica"/>
          <w:sz w:val="24"/>
          <w:szCs w:val="24"/>
          <w:lang w:val="fr-CA"/>
        </w:rPr>
        <w:t xml:space="preserve"> Christine D’Amour</w:t>
      </w:r>
    </w:p>
    <w:p w14:paraId="0722E549" w14:textId="77777777" w:rsidR="000C6569" w:rsidRPr="00E71185" w:rsidRDefault="000C6569" w:rsidP="000C6569">
      <w:pPr>
        <w:rPr>
          <w:rFonts w:ascii="Abadi" w:hAnsi="Abadi" w:cs="Calibri Light"/>
          <w:sz w:val="24"/>
          <w:szCs w:val="24"/>
          <w:lang w:val="fr-CA"/>
        </w:rPr>
      </w:pPr>
      <w:r w:rsidRPr="00E71185">
        <w:rPr>
          <w:rFonts w:ascii="Abadi" w:hAnsi="Abadi" w:cs="Calibri Light"/>
          <w:b/>
          <w:sz w:val="24"/>
          <w:szCs w:val="24"/>
          <w:lang w:val="fr-CA"/>
        </w:rPr>
        <w:t>CE 25-26/010 : Il est proposé et appuyé d’adopter l’ordre du jour tel que présenté.</w:t>
      </w:r>
    </w:p>
    <w:p w14:paraId="77AB7135" w14:textId="77777777" w:rsidR="000C6569" w:rsidRPr="00E71185" w:rsidRDefault="000C6569" w:rsidP="006554BA">
      <w:pPr>
        <w:widowControl w:val="0"/>
        <w:tabs>
          <w:tab w:val="left" w:pos="740"/>
          <w:tab w:val="right" w:pos="9340"/>
        </w:tabs>
        <w:spacing w:line="360" w:lineRule="auto"/>
        <w:ind w:left="567"/>
        <w:jc w:val="both"/>
        <w:rPr>
          <w:rFonts w:ascii="Abadi" w:hAnsi="Abadi" w:cs="Helvetica"/>
          <w:sz w:val="24"/>
          <w:szCs w:val="24"/>
          <w:lang w:val="fr-CA"/>
        </w:rPr>
      </w:pPr>
    </w:p>
    <w:p w14:paraId="4D4899C6" w14:textId="77777777" w:rsidR="006554BA" w:rsidRPr="00E71185" w:rsidRDefault="006554BA" w:rsidP="006554BA">
      <w:pPr>
        <w:widowControl w:val="0"/>
        <w:numPr>
          <w:ilvl w:val="0"/>
          <w:numId w:val="16"/>
        </w:numPr>
        <w:pBdr>
          <w:top w:val="nil"/>
          <w:left w:val="nil"/>
          <w:bottom w:val="nil"/>
          <w:right w:val="nil"/>
          <w:between w:val="nil"/>
          <w:bar w:val="nil"/>
        </w:pBdr>
        <w:spacing w:after="0" w:line="360" w:lineRule="auto"/>
        <w:jc w:val="both"/>
        <w:rPr>
          <w:rFonts w:ascii="Abadi" w:hAnsi="Abadi" w:cs="Helvetica"/>
          <w:sz w:val="24"/>
          <w:szCs w:val="24"/>
          <w:lang w:val="fr-CA"/>
        </w:rPr>
      </w:pPr>
      <w:r w:rsidRPr="00E71185">
        <w:rPr>
          <w:rFonts w:ascii="Abadi" w:hAnsi="Abadi" w:cs="Helvetica"/>
          <w:sz w:val="24"/>
          <w:szCs w:val="24"/>
          <w:lang w:val="fr-CA"/>
        </w:rPr>
        <w:t xml:space="preserve">Lecture et </w:t>
      </w:r>
      <w:r w:rsidRPr="00E71185">
        <w:rPr>
          <w:rFonts w:ascii="Abadi" w:hAnsi="Abadi" w:cs="Helvetica"/>
          <w:sz w:val="24"/>
          <w:szCs w:val="24"/>
          <w:u w:val="single"/>
          <w:lang w:val="fr-CA"/>
        </w:rPr>
        <w:t>adoption</w:t>
      </w:r>
      <w:r w:rsidRPr="00E71185">
        <w:rPr>
          <w:rFonts w:ascii="Abadi" w:hAnsi="Abadi" w:cs="Helvetica"/>
          <w:sz w:val="24"/>
          <w:szCs w:val="24"/>
          <w:lang w:val="fr-CA"/>
        </w:rPr>
        <w:t xml:space="preserve"> du procès-verbal du 7 octobre 2025</w:t>
      </w:r>
      <w:r w:rsidRPr="00E71185">
        <w:rPr>
          <w:rFonts w:ascii="Abadi" w:eastAsia="Helvetica" w:hAnsi="Abadi" w:cs="Helvetica"/>
          <w:sz w:val="24"/>
          <w:szCs w:val="24"/>
          <w:lang w:val="fr-CA"/>
        </w:rPr>
        <w:tab/>
        <w:t>10 minutes</w:t>
      </w:r>
    </w:p>
    <w:p w14:paraId="75402794" w14:textId="77777777" w:rsidR="006554BA" w:rsidRPr="00E71185" w:rsidRDefault="006554BA" w:rsidP="006554BA">
      <w:pPr>
        <w:widowControl w:val="0"/>
        <w:tabs>
          <w:tab w:val="left" w:pos="20"/>
          <w:tab w:val="left" w:pos="740"/>
          <w:tab w:val="right" w:pos="9340"/>
          <w:tab w:val="right" w:pos="9498"/>
        </w:tabs>
        <w:spacing w:line="360" w:lineRule="auto"/>
        <w:ind w:left="567"/>
        <w:jc w:val="both"/>
        <w:rPr>
          <w:rFonts w:ascii="Abadi" w:eastAsia="Helvetica" w:hAnsi="Abadi" w:cs="Helvetica"/>
          <w:sz w:val="24"/>
          <w:szCs w:val="24"/>
          <w:lang w:val="fr-CA"/>
        </w:rPr>
      </w:pPr>
      <w:r w:rsidRPr="00E71185">
        <w:rPr>
          <w:rFonts w:ascii="Abadi" w:eastAsia="Helvetica" w:hAnsi="Abadi" w:cs="Helvetica"/>
          <w:sz w:val="24"/>
          <w:szCs w:val="24"/>
          <w:lang w:val="fr-CA"/>
        </w:rPr>
        <w:t xml:space="preserve">Corriger le nom de famille de Christine D’Amour </w:t>
      </w:r>
    </w:p>
    <w:p w14:paraId="393B5320" w14:textId="77777777" w:rsidR="006554BA" w:rsidRPr="00E71185" w:rsidRDefault="006554BA" w:rsidP="006554BA">
      <w:pPr>
        <w:widowControl w:val="0"/>
        <w:tabs>
          <w:tab w:val="left" w:pos="20"/>
          <w:tab w:val="left" w:pos="740"/>
          <w:tab w:val="right" w:pos="9340"/>
          <w:tab w:val="right" w:pos="9498"/>
        </w:tabs>
        <w:spacing w:line="360" w:lineRule="auto"/>
        <w:ind w:left="567"/>
        <w:jc w:val="both"/>
        <w:rPr>
          <w:rFonts w:ascii="Abadi" w:eastAsia="Helvetica" w:hAnsi="Abadi" w:cs="Helvetica"/>
          <w:sz w:val="24"/>
          <w:szCs w:val="24"/>
          <w:lang w:val="fr-CA"/>
        </w:rPr>
      </w:pPr>
      <w:r w:rsidRPr="00E71185">
        <w:rPr>
          <w:rFonts w:ascii="Abadi" w:eastAsia="Helvetica" w:hAnsi="Abadi" w:cs="Helvetica"/>
          <w:sz w:val="24"/>
          <w:szCs w:val="24"/>
          <w:lang w:val="fr-CA"/>
        </w:rPr>
        <w:t>En-tête : corriger la date 25-26</w:t>
      </w:r>
    </w:p>
    <w:p w14:paraId="33F0BDEE" w14:textId="77777777" w:rsidR="006554BA" w:rsidRPr="00E71185" w:rsidRDefault="006554BA" w:rsidP="006554BA">
      <w:pPr>
        <w:widowControl w:val="0"/>
        <w:tabs>
          <w:tab w:val="left" w:pos="20"/>
          <w:tab w:val="left" w:pos="740"/>
          <w:tab w:val="right" w:pos="9340"/>
          <w:tab w:val="right" w:pos="9498"/>
        </w:tabs>
        <w:spacing w:line="360" w:lineRule="auto"/>
        <w:ind w:left="567"/>
        <w:jc w:val="both"/>
        <w:rPr>
          <w:rFonts w:ascii="Abadi" w:eastAsia="Helvetica" w:hAnsi="Abadi" w:cs="Helvetica"/>
          <w:sz w:val="24"/>
          <w:szCs w:val="24"/>
          <w:lang w:val="fr-CA"/>
        </w:rPr>
      </w:pPr>
      <w:r w:rsidRPr="00E71185">
        <w:rPr>
          <w:rFonts w:ascii="Abadi" w:eastAsia="Helvetica" w:hAnsi="Abadi" w:cs="Helvetica"/>
          <w:sz w:val="24"/>
          <w:szCs w:val="24"/>
          <w:lang w:val="fr-CA"/>
        </w:rPr>
        <w:t>Page 10 : à la chorale – les jours de la culture</w:t>
      </w:r>
    </w:p>
    <w:p w14:paraId="35B31BFE" w14:textId="77777777" w:rsidR="006554BA" w:rsidRPr="00E71185" w:rsidRDefault="006554BA" w:rsidP="006554BA">
      <w:pPr>
        <w:widowControl w:val="0"/>
        <w:tabs>
          <w:tab w:val="left" w:pos="20"/>
          <w:tab w:val="left" w:pos="740"/>
          <w:tab w:val="right" w:pos="9340"/>
          <w:tab w:val="right" w:pos="9498"/>
        </w:tabs>
        <w:spacing w:line="360" w:lineRule="auto"/>
        <w:ind w:left="567"/>
        <w:jc w:val="both"/>
        <w:rPr>
          <w:rFonts w:ascii="Abadi" w:eastAsia="Helvetica" w:hAnsi="Abadi" w:cs="Helvetica"/>
          <w:sz w:val="24"/>
          <w:szCs w:val="24"/>
          <w:lang w:val="fr-CA"/>
        </w:rPr>
      </w:pPr>
      <w:r w:rsidRPr="00E71185">
        <w:rPr>
          <w:rFonts w:ascii="Abadi" w:eastAsia="Helvetica" w:hAnsi="Abadi" w:cs="Helvetica"/>
          <w:sz w:val="24"/>
          <w:szCs w:val="24"/>
          <w:lang w:val="fr-CA"/>
        </w:rPr>
        <w:t xml:space="preserve">Page 10 : préscolaire </w:t>
      </w:r>
    </w:p>
    <w:p w14:paraId="3345B285" w14:textId="5CF3D078" w:rsidR="006554BA" w:rsidRPr="00E71185" w:rsidRDefault="006554BA" w:rsidP="006554BA">
      <w:pPr>
        <w:widowControl w:val="0"/>
        <w:tabs>
          <w:tab w:val="left" w:pos="20"/>
          <w:tab w:val="left" w:pos="740"/>
          <w:tab w:val="right" w:pos="9340"/>
          <w:tab w:val="right" w:pos="9498"/>
        </w:tabs>
        <w:spacing w:line="360" w:lineRule="auto"/>
        <w:ind w:left="567"/>
        <w:jc w:val="both"/>
        <w:rPr>
          <w:rFonts w:ascii="Abadi" w:eastAsia="Helvetica" w:hAnsi="Abadi" w:cs="Helvetica"/>
          <w:sz w:val="24"/>
          <w:szCs w:val="24"/>
          <w:lang w:val="fr-CA"/>
        </w:rPr>
      </w:pPr>
      <w:r w:rsidRPr="00E71185">
        <w:rPr>
          <w:rFonts w:ascii="Abadi" w:eastAsia="Helvetica" w:hAnsi="Abadi" w:cs="Helvetica"/>
          <w:sz w:val="24"/>
          <w:szCs w:val="24"/>
          <w:lang w:val="fr-CA"/>
        </w:rPr>
        <w:t>Proposé par Guillaume St Jean et</w:t>
      </w:r>
      <w:r w:rsidR="00E71185">
        <w:rPr>
          <w:rFonts w:ascii="Abadi" w:eastAsia="Helvetica" w:hAnsi="Abadi" w:cs="Helvetica"/>
          <w:sz w:val="24"/>
          <w:szCs w:val="24"/>
          <w:lang w:val="fr-CA"/>
        </w:rPr>
        <w:t xml:space="preserve"> appuyé</w:t>
      </w:r>
      <w:r w:rsidRPr="00E71185">
        <w:rPr>
          <w:rFonts w:ascii="Abadi" w:eastAsia="Helvetica" w:hAnsi="Abadi" w:cs="Helvetica"/>
          <w:sz w:val="24"/>
          <w:szCs w:val="24"/>
          <w:lang w:val="fr-CA"/>
        </w:rPr>
        <w:t xml:space="preserve"> Julia Shantz </w:t>
      </w:r>
    </w:p>
    <w:p w14:paraId="5998C370" w14:textId="77777777" w:rsidR="000C6569" w:rsidRPr="00E71185" w:rsidRDefault="000C6569" w:rsidP="000C6569">
      <w:pPr>
        <w:rPr>
          <w:rFonts w:ascii="Abadi" w:hAnsi="Abadi" w:cs="Calibri Light"/>
          <w:sz w:val="24"/>
          <w:szCs w:val="24"/>
          <w:lang w:val="fr-CA"/>
        </w:rPr>
      </w:pPr>
      <w:r w:rsidRPr="00E71185">
        <w:rPr>
          <w:rFonts w:ascii="Abadi" w:hAnsi="Abadi" w:cs="Calibri Light"/>
          <w:b/>
          <w:sz w:val="24"/>
          <w:szCs w:val="24"/>
          <w:lang w:val="fr-CA"/>
        </w:rPr>
        <w:t>CE 25-26/011 : Il est proposé et appuyé d’adopter le procès-verbal du 7 octobre 2025 après corrections (nom de Christine D’Amour, date, chorale, préscolaire).</w:t>
      </w:r>
    </w:p>
    <w:p w14:paraId="2C0D9C59" w14:textId="77777777" w:rsidR="000C6569" w:rsidRPr="00E71185" w:rsidRDefault="000C6569" w:rsidP="006554BA">
      <w:pPr>
        <w:widowControl w:val="0"/>
        <w:tabs>
          <w:tab w:val="left" w:pos="20"/>
          <w:tab w:val="left" w:pos="740"/>
          <w:tab w:val="right" w:pos="9340"/>
          <w:tab w:val="right" w:pos="9498"/>
        </w:tabs>
        <w:spacing w:line="360" w:lineRule="auto"/>
        <w:ind w:left="567"/>
        <w:jc w:val="both"/>
        <w:rPr>
          <w:rFonts w:ascii="Abadi" w:hAnsi="Abadi" w:cs="Helvetica"/>
          <w:sz w:val="24"/>
          <w:szCs w:val="24"/>
          <w:lang w:val="fr-CA"/>
        </w:rPr>
      </w:pPr>
    </w:p>
    <w:p w14:paraId="78F000AD" w14:textId="77777777" w:rsidR="000C6569" w:rsidRPr="00E71185" w:rsidRDefault="000C6569" w:rsidP="006554BA">
      <w:pPr>
        <w:widowControl w:val="0"/>
        <w:tabs>
          <w:tab w:val="left" w:pos="20"/>
          <w:tab w:val="left" w:pos="740"/>
          <w:tab w:val="right" w:pos="9340"/>
          <w:tab w:val="right" w:pos="9498"/>
        </w:tabs>
        <w:spacing w:line="360" w:lineRule="auto"/>
        <w:ind w:left="567"/>
        <w:jc w:val="both"/>
        <w:rPr>
          <w:rFonts w:ascii="Abadi" w:hAnsi="Abadi" w:cs="Helvetica"/>
          <w:sz w:val="24"/>
          <w:szCs w:val="24"/>
          <w:lang w:val="fr-CA"/>
        </w:rPr>
      </w:pPr>
    </w:p>
    <w:p w14:paraId="13DE6A97" w14:textId="77777777" w:rsidR="006554BA" w:rsidRPr="00E71185" w:rsidRDefault="006554BA" w:rsidP="006554BA">
      <w:pPr>
        <w:pStyle w:val="Paragraphedeliste"/>
        <w:numPr>
          <w:ilvl w:val="0"/>
          <w:numId w:val="14"/>
        </w:numPr>
        <w:pBdr>
          <w:top w:val="nil"/>
          <w:left w:val="nil"/>
          <w:bottom w:val="nil"/>
          <w:right w:val="nil"/>
          <w:between w:val="nil"/>
          <w:bar w:val="nil"/>
        </w:pBdr>
        <w:spacing w:after="0" w:line="360" w:lineRule="auto"/>
        <w:contextualSpacing w:val="0"/>
        <w:rPr>
          <w:rFonts w:ascii="Abadi" w:hAnsi="Abadi" w:cs="Helvetica"/>
          <w:sz w:val="24"/>
          <w:szCs w:val="24"/>
          <w:lang w:val="fr-FR"/>
        </w:rPr>
      </w:pPr>
      <w:r w:rsidRPr="00E71185">
        <w:rPr>
          <w:rFonts w:ascii="Abadi" w:hAnsi="Abadi" w:cs="Helvetica"/>
          <w:sz w:val="24"/>
          <w:szCs w:val="24"/>
          <w:lang w:val="fr-FR"/>
        </w:rPr>
        <w:t>Adoption budget final</w:t>
      </w:r>
    </w:p>
    <w:p w14:paraId="245C3413" w14:textId="77777777" w:rsidR="005419A4" w:rsidRPr="005419A4" w:rsidRDefault="005419A4" w:rsidP="005419A4">
      <w:pPr>
        <w:pStyle w:val="Paragraphedeliste"/>
        <w:tabs>
          <w:tab w:val="right" w:pos="9340"/>
        </w:tabs>
        <w:spacing w:after="0" w:line="360" w:lineRule="auto"/>
        <w:ind w:left="567"/>
        <w:rPr>
          <w:rFonts w:ascii="Helvetica" w:hAnsi="Helvetica" w:cs="Helvetica"/>
          <w:lang w:val="fr-FR"/>
        </w:rPr>
      </w:pPr>
      <w:r w:rsidRPr="005419A4">
        <w:rPr>
          <w:rFonts w:ascii="Helvetica" w:hAnsi="Helvetica" w:cs="Helvetica"/>
          <w:lang w:val="fr-FR"/>
        </w:rPr>
        <w:t>Plusieurs factures non payées à temps par le centre de service : 6000$ à payer cette année (à voir si ajusté) alors qu’envoyées à temps</w:t>
      </w:r>
    </w:p>
    <w:p w14:paraId="0046952C" w14:textId="77777777" w:rsidR="005419A4" w:rsidRPr="005419A4" w:rsidRDefault="005419A4" w:rsidP="005419A4">
      <w:pPr>
        <w:pStyle w:val="Paragraphedeliste"/>
        <w:tabs>
          <w:tab w:val="right" w:pos="9340"/>
        </w:tabs>
        <w:spacing w:after="0" w:line="360" w:lineRule="auto"/>
        <w:ind w:left="567"/>
        <w:rPr>
          <w:rFonts w:ascii="Helvetica" w:hAnsi="Helvetica" w:cs="Helvetica"/>
          <w:lang w:val="fr-FR"/>
        </w:rPr>
      </w:pPr>
      <w:r w:rsidRPr="005419A4">
        <w:rPr>
          <w:rFonts w:ascii="Helvetica" w:hAnsi="Helvetica" w:cs="Helvetica"/>
          <w:lang w:val="fr-FR"/>
        </w:rPr>
        <w:t>Fond 8 : reste 34000$ etc… devra probablement être utilisé pour équilibrer le budget</w:t>
      </w:r>
    </w:p>
    <w:p w14:paraId="04BA978C" w14:textId="77777777" w:rsidR="005419A4" w:rsidRDefault="005419A4" w:rsidP="006554BA">
      <w:pPr>
        <w:pStyle w:val="Paragraphedeliste"/>
        <w:tabs>
          <w:tab w:val="right" w:pos="9340"/>
        </w:tabs>
        <w:spacing w:after="0" w:line="360" w:lineRule="auto"/>
        <w:ind w:left="567"/>
        <w:rPr>
          <w:rFonts w:ascii="Abadi" w:hAnsi="Abadi" w:cs="Helvetica"/>
          <w:sz w:val="24"/>
          <w:szCs w:val="24"/>
          <w:lang w:val="fr-FR"/>
        </w:rPr>
      </w:pPr>
    </w:p>
    <w:p w14:paraId="56ABE744" w14:textId="5BDB3CDB" w:rsidR="006554BA" w:rsidRPr="00E71185" w:rsidRDefault="005419A4" w:rsidP="006554BA">
      <w:pPr>
        <w:pStyle w:val="Paragraphedeliste"/>
        <w:tabs>
          <w:tab w:val="right" w:pos="9340"/>
        </w:tabs>
        <w:spacing w:after="0" w:line="360" w:lineRule="auto"/>
        <w:ind w:left="567"/>
        <w:rPr>
          <w:rFonts w:ascii="Abadi" w:hAnsi="Abadi" w:cs="Helvetica"/>
          <w:sz w:val="24"/>
          <w:szCs w:val="24"/>
          <w:lang w:val="fr-FR"/>
        </w:rPr>
      </w:pPr>
      <w:r>
        <w:rPr>
          <w:rFonts w:ascii="Abadi" w:hAnsi="Abadi" w:cs="Helvetica"/>
          <w:sz w:val="24"/>
          <w:szCs w:val="24"/>
          <w:lang w:val="fr-FR"/>
        </w:rPr>
        <w:t>Proposé</w:t>
      </w:r>
      <w:r w:rsidR="006554BA" w:rsidRPr="00E71185">
        <w:rPr>
          <w:rFonts w:ascii="Abadi" w:hAnsi="Abadi" w:cs="Helvetica"/>
          <w:sz w:val="24"/>
          <w:szCs w:val="24"/>
          <w:lang w:val="fr-FR"/>
        </w:rPr>
        <w:t xml:space="preserve"> par Manuela</w:t>
      </w:r>
      <w:r w:rsidR="000C6569" w:rsidRPr="00E71185">
        <w:rPr>
          <w:rFonts w:ascii="Abadi" w:hAnsi="Abadi" w:cs="Helvetica"/>
          <w:sz w:val="24"/>
          <w:szCs w:val="24"/>
          <w:lang w:val="fr-FR"/>
        </w:rPr>
        <w:t xml:space="preserve"> </w:t>
      </w:r>
      <w:r>
        <w:rPr>
          <w:rFonts w:ascii="Abadi" w:hAnsi="Abadi" w:cs="Helvetica"/>
          <w:sz w:val="24"/>
          <w:szCs w:val="24"/>
          <w:lang w:val="fr-FR"/>
        </w:rPr>
        <w:t>Traistaru</w:t>
      </w:r>
      <w:r w:rsidR="006554BA" w:rsidRPr="00E71185">
        <w:rPr>
          <w:rFonts w:ascii="Abadi" w:hAnsi="Abadi" w:cs="Helvetica"/>
          <w:sz w:val="24"/>
          <w:szCs w:val="24"/>
          <w:lang w:val="fr-FR"/>
        </w:rPr>
        <w:t xml:space="preserve"> et </w:t>
      </w:r>
      <w:r w:rsidR="00E71185">
        <w:rPr>
          <w:rFonts w:ascii="Abadi" w:hAnsi="Abadi" w:cs="Helvetica"/>
          <w:sz w:val="24"/>
          <w:szCs w:val="24"/>
          <w:lang w:val="fr-CA"/>
        </w:rPr>
        <w:t>appuyé</w:t>
      </w:r>
      <w:r w:rsidR="00E71185" w:rsidRPr="00E71185">
        <w:rPr>
          <w:rFonts w:ascii="Abadi" w:hAnsi="Abadi" w:cs="Helvetica"/>
          <w:sz w:val="24"/>
          <w:szCs w:val="24"/>
          <w:lang w:val="fr-FR"/>
        </w:rPr>
        <w:t xml:space="preserve"> </w:t>
      </w:r>
      <w:r w:rsidR="00E71185">
        <w:rPr>
          <w:rFonts w:ascii="Abadi" w:hAnsi="Abadi" w:cs="Helvetica"/>
          <w:sz w:val="24"/>
          <w:szCs w:val="24"/>
          <w:lang w:val="fr-FR"/>
        </w:rPr>
        <w:t xml:space="preserve">par </w:t>
      </w:r>
      <w:r w:rsidR="006554BA" w:rsidRPr="00E71185">
        <w:rPr>
          <w:rFonts w:ascii="Abadi" w:hAnsi="Abadi" w:cs="Helvetica"/>
          <w:sz w:val="24"/>
          <w:szCs w:val="24"/>
          <w:lang w:val="fr-FR"/>
        </w:rPr>
        <w:t xml:space="preserve">Véronique Matteau </w:t>
      </w:r>
    </w:p>
    <w:p w14:paraId="5FDD0C51" w14:textId="77777777" w:rsidR="000C6569" w:rsidRPr="00E71185" w:rsidRDefault="000C6569" w:rsidP="000C6569">
      <w:pPr>
        <w:ind w:left="360"/>
        <w:rPr>
          <w:rFonts w:ascii="Abadi" w:hAnsi="Abadi" w:cs="Calibri Light"/>
          <w:sz w:val="24"/>
          <w:szCs w:val="24"/>
          <w:lang w:val="fr-CA"/>
        </w:rPr>
      </w:pPr>
      <w:r w:rsidRPr="00E71185">
        <w:rPr>
          <w:rFonts w:ascii="Abadi" w:hAnsi="Abadi" w:cs="Calibri Light"/>
          <w:b/>
          <w:sz w:val="24"/>
          <w:szCs w:val="24"/>
          <w:lang w:val="fr-CA"/>
        </w:rPr>
        <w:t>CE 25-26/012 : Il est proposé et appuyé d’adopter le budget final sans modification.</w:t>
      </w:r>
    </w:p>
    <w:p w14:paraId="648E94EF" w14:textId="77777777" w:rsidR="000C6569" w:rsidRPr="00E71185" w:rsidRDefault="000C6569" w:rsidP="006554BA">
      <w:pPr>
        <w:pStyle w:val="Paragraphedeliste"/>
        <w:tabs>
          <w:tab w:val="right" w:pos="9340"/>
        </w:tabs>
        <w:spacing w:after="0" w:line="360" w:lineRule="auto"/>
        <w:ind w:left="567"/>
        <w:rPr>
          <w:rFonts w:ascii="Abadi" w:hAnsi="Abadi" w:cs="Helvetica"/>
          <w:sz w:val="24"/>
          <w:szCs w:val="24"/>
          <w:lang w:val="fr-CA"/>
        </w:rPr>
      </w:pPr>
    </w:p>
    <w:p w14:paraId="1BD3EF53" w14:textId="77777777" w:rsidR="006554BA" w:rsidRPr="00E71185" w:rsidRDefault="006554BA" w:rsidP="006554BA">
      <w:pPr>
        <w:pStyle w:val="Paragraphedeliste"/>
        <w:numPr>
          <w:ilvl w:val="0"/>
          <w:numId w:val="14"/>
        </w:numPr>
        <w:pBdr>
          <w:top w:val="nil"/>
          <w:left w:val="nil"/>
          <w:bottom w:val="nil"/>
          <w:right w:val="nil"/>
          <w:between w:val="nil"/>
          <w:bar w:val="nil"/>
        </w:pBdr>
        <w:spacing w:after="0" w:line="360" w:lineRule="auto"/>
        <w:contextualSpacing w:val="0"/>
        <w:rPr>
          <w:rFonts w:ascii="Abadi" w:hAnsi="Abadi" w:cs="Helvetica"/>
          <w:sz w:val="24"/>
          <w:szCs w:val="24"/>
          <w:lang w:val="fr-FR"/>
        </w:rPr>
      </w:pPr>
      <w:r w:rsidRPr="00E71185">
        <w:rPr>
          <w:rFonts w:ascii="Abadi" w:hAnsi="Abadi" w:cs="Helvetica"/>
          <w:sz w:val="24"/>
          <w:szCs w:val="24"/>
          <w:lang w:val="fr-FR"/>
        </w:rPr>
        <w:t>Adoption du plan de lutte contre l’intimidation</w:t>
      </w:r>
    </w:p>
    <w:p w14:paraId="130E8025" w14:textId="77777777" w:rsidR="00E71185" w:rsidRDefault="006554BA" w:rsidP="006554BA">
      <w:pPr>
        <w:pStyle w:val="Paragraphedeliste"/>
        <w:tabs>
          <w:tab w:val="right" w:pos="9340"/>
        </w:tabs>
        <w:spacing w:after="0" w:line="360" w:lineRule="auto"/>
        <w:ind w:left="567"/>
        <w:rPr>
          <w:rFonts w:ascii="Abadi" w:hAnsi="Abadi" w:cs="Helvetica"/>
          <w:sz w:val="24"/>
          <w:szCs w:val="24"/>
          <w:lang w:val="fr-FR"/>
        </w:rPr>
      </w:pPr>
      <w:r w:rsidRPr="00E71185">
        <w:rPr>
          <w:rFonts w:ascii="Abadi" w:hAnsi="Abadi" w:cs="Helvetica"/>
          <w:sz w:val="24"/>
          <w:szCs w:val="24"/>
          <w:lang w:val="fr-FR"/>
        </w:rPr>
        <w:t xml:space="preserve">Nouveau document exigé par le ministère pour remplacer l’ancien. Il faut colliger toutes les informations que l’école fait pour assurer le bien-être des élèves </w:t>
      </w:r>
    </w:p>
    <w:p w14:paraId="5468A116" w14:textId="72AA0502" w:rsidR="006554BA" w:rsidRDefault="00E71185" w:rsidP="00E71185">
      <w:pPr>
        <w:pStyle w:val="Paragraphedeliste"/>
        <w:tabs>
          <w:tab w:val="right" w:pos="9340"/>
        </w:tabs>
        <w:spacing w:after="0" w:line="360" w:lineRule="auto"/>
        <w:ind w:left="567"/>
        <w:rPr>
          <w:rFonts w:ascii="Abadi" w:hAnsi="Abadi" w:cs="Helvetica"/>
          <w:sz w:val="24"/>
          <w:szCs w:val="24"/>
          <w:lang w:val="fr-FR"/>
        </w:rPr>
      </w:pPr>
      <w:r>
        <w:rPr>
          <w:rFonts w:ascii="Abadi" w:hAnsi="Abadi" w:cs="Helvetica"/>
          <w:sz w:val="24"/>
          <w:szCs w:val="24"/>
          <w:lang w:val="fr-FR"/>
        </w:rPr>
        <w:t>Proposé</w:t>
      </w:r>
      <w:r w:rsidR="006554BA" w:rsidRPr="00E71185">
        <w:rPr>
          <w:rFonts w:ascii="Abadi" w:hAnsi="Abadi" w:cs="Helvetica"/>
          <w:sz w:val="24"/>
          <w:szCs w:val="24"/>
          <w:lang w:val="fr-FR"/>
        </w:rPr>
        <w:t xml:space="preserve"> par Guillaume St-Jean et</w:t>
      </w:r>
      <w:r w:rsidRPr="00E71185">
        <w:rPr>
          <w:rFonts w:ascii="Abadi" w:hAnsi="Abadi" w:cs="Helvetica"/>
          <w:sz w:val="24"/>
          <w:szCs w:val="24"/>
          <w:lang w:val="fr-FR"/>
        </w:rPr>
        <w:t xml:space="preserve"> </w:t>
      </w:r>
      <w:r w:rsidRPr="00E71185">
        <w:rPr>
          <w:rFonts w:ascii="Abadi" w:hAnsi="Abadi" w:cs="Helvetica"/>
          <w:sz w:val="24"/>
          <w:szCs w:val="24"/>
          <w:lang w:val="fr-CA"/>
        </w:rPr>
        <w:t>appuyé</w:t>
      </w:r>
      <w:r w:rsidRPr="00E71185">
        <w:rPr>
          <w:rFonts w:ascii="Abadi" w:hAnsi="Abadi" w:cs="Helvetica"/>
          <w:sz w:val="24"/>
          <w:szCs w:val="24"/>
          <w:lang w:val="fr-FR"/>
        </w:rPr>
        <w:t xml:space="preserve"> par</w:t>
      </w:r>
      <w:r w:rsidR="006554BA" w:rsidRPr="00E71185">
        <w:rPr>
          <w:rFonts w:ascii="Abadi" w:hAnsi="Abadi" w:cs="Helvetica"/>
          <w:sz w:val="24"/>
          <w:szCs w:val="24"/>
          <w:lang w:val="fr-FR"/>
        </w:rPr>
        <w:t xml:space="preserve"> Christine D’Amour</w:t>
      </w:r>
    </w:p>
    <w:p w14:paraId="7A320212" w14:textId="77777777" w:rsidR="00E71185" w:rsidRPr="00E71185" w:rsidRDefault="00E71185" w:rsidP="00E71185">
      <w:pPr>
        <w:ind w:left="360"/>
        <w:rPr>
          <w:rFonts w:ascii="Abadi" w:hAnsi="Abadi" w:cs="Calibri Light"/>
          <w:sz w:val="24"/>
          <w:szCs w:val="24"/>
          <w:lang w:val="fr-CA"/>
        </w:rPr>
      </w:pPr>
      <w:r w:rsidRPr="00E71185">
        <w:rPr>
          <w:rFonts w:ascii="Abadi" w:hAnsi="Abadi" w:cs="Calibri Light"/>
          <w:b/>
          <w:sz w:val="24"/>
          <w:szCs w:val="24"/>
          <w:lang w:val="fr-CA"/>
        </w:rPr>
        <w:t>CE 25-26/013 : Il est proposé et appuyé d’adopter le plan de lutte contre l’intimidation, nouveau document exigé par le ministère regroupant les mesures existantes.</w:t>
      </w:r>
    </w:p>
    <w:p w14:paraId="2FE96BBB" w14:textId="77777777" w:rsidR="00E71185" w:rsidRPr="00E71185" w:rsidRDefault="00E71185" w:rsidP="00E71185">
      <w:pPr>
        <w:pStyle w:val="Paragraphedeliste"/>
        <w:tabs>
          <w:tab w:val="right" w:pos="9340"/>
        </w:tabs>
        <w:spacing w:after="0" w:line="360" w:lineRule="auto"/>
        <w:ind w:left="567"/>
        <w:rPr>
          <w:rFonts w:ascii="Abadi" w:hAnsi="Abadi" w:cs="Helvetica"/>
          <w:sz w:val="24"/>
          <w:szCs w:val="24"/>
          <w:lang w:val="fr-CA"/>
        </w:rPr>
      </w:pPr>
    </w:p>
    <w:p w14:paraId="4CF89E7C" w14:textId="77777777" w:rsidR="006554BA" w:rsidRPr="00E71185" w:rsidRDefault="006554BA" w:rsidP="006554BA">
      <w:pPr>
        <w:pStyle w:val="Paragraphedeliste"/>
        <w:numPr>
          <w:ilvl w:val="0"/>
          <w:numId w:val="14"/>
        </w:numPr>
        <w:pBdr>
          <w:top w:val="nil"/>
          <w:left w:val="nil"/>
          <w:bottom w:val="nil"/>
          <w:right w:val="nil"/>
          <w:between w:val="nil"/>
          <w:bar w:val="nil"/>
        </w:pBdr>
        <w:spacing w:after="0" w:line="360" w:lineRule="auto"/>
        <w:contextualSpacing w:val="0"/>
        <w:rPr>
          <w:rFonts w:ascii="Abadi" w:hAnsi="Abadi" w:cs="Helvetica"/>
          <w:sz w:val="24"/>
          <w:szCs w:val="24"/>
          <w:lang w:val="fr-FR"/>
        </w:rPr>
      </w:pPr>
      <w:r w:rsidRPr="00E71185">
        <w:rPr>
          <w:rFonts w:ascii="Abadi" w:hAnsi="Abadi" w:cs="Helvetica"/>
          <w:sz w:val="24"/>
          <w:szCs w:val="24"/>
          <w:lang w:val="fr-FR"/>
        </w:rPr>
        <w:t>Planification de la consultation obligatoire auprès des élèves</w:t>
      </w:r>
      <w:r w:rsidRPr="00E71185">
        <w:rPr>
          <w:rFonts w:ascii="Abadi" w:eastAsia="Helvetica" w:hAnsi="Abadi" w:cs="Helvetica"/>
          <w:sz w:val="24"/>
          <w:szCs w:val="24"/>
          <w:lang w:val="fr-FR"/>
        </w:rPr>
        <w:tab/>
        <w:t>5 minutes</w:t>
      </w:r>
    </w:p>
    <w:p w14:paraId="1F42E3FB" w14:textId="77777777" w:rsidR="00E71185" w:rsidRDefault="006554BA" w:rsidP="006554BA">
      <w:pPr>
        <w:pStyle w:val="Paragraphedeliste"/>
        <w:tabs>
          <w:tab w:val="right" w:pos="9340"/>
        </w:tabs>
        <w:spacing w:after="0" w:line="360" w:lineRule="auto"/>
        <w:ind w:left="567"/>
        <w:rPr>
          <w:rFonts w:ascii="Abadi" w:eastAsia="Helvetica" w:hAnsi="Abadi" w:cs="Helvetica"/>
          <w:sz w:val="24"/>
          <w:szCs w:val="24"/>
          <w:lang w:val="fr-FR"/>
        </w:rPr>
      </w:pPr>
      <w:r w:rsidRPr="00E71185">
        <w:rPr>
          <w:rFonts w:ascii="Abadi" w:eastAsia="Helvetica" w:hAnsi="Abadi" w:cs="Helvetica"/>
          <w:sz w:val="24"/>
          <w:szCs w:val="24"/>
          <w:lang w:val="fr-FR"/>
        </w:rPr>
        <w:t>Nous avons rencontré le CPEE et nous suggérons de poursuivre le travail qui nous avons commencé l’an dernier. Nous allons prendre le temps cette année de finaliser la charte sur les saines habitudes de l’utilisation des écrans.</w:t>
      </w:r>
    </w:p>
    <w:p w14:paraId="368EDC95" w14:textId="77777777" w:rsidR="005419A4" w:rsidRPr="005419A4" w:rsidRDefault="005419A4" w:rsidP="005419A4">
      <w:pPr>
        <w:pStyle w:val="Paragraphedeliste"/>
        <w:ind w:left="567"/>
        <w:rPr>
          <w:rFonts w:ascii="Abadi" w:eastAsia="Helvetica" w:hAnsi="Abadi" w:cs="Helvetica"/>
          <w:sz w:val="24"/>
          <w:szCs w:val="24"/>
          <w:lang w:val="fr-FR"/>
        </w:rPr>
      </w:pPr>
      <w:proofErr w:type="spellStart"/>
      <w:r w:rsidRPr="005419A4">
        <w:rPr>
          <w:rFonts w:ascii="Abadi" w:eastAsia="Helvetica" w:hAnsi="Abadi" w:cs="Helvetica"/>
          <w:sz w:val="24"/>
          <w:szCs w:val="24"/>
          <w:lang w:val="fr-FR"/>
        </w:rPr>
        <w:t>Anxieté</w:t>
      </w:r>
      <w:proofErr w:type="spellEnd"/>
      <w:r w:rsidRPr="005419A4">
        <w:rPr>
          <w:rFonts w:ascii="Abadi" w:eastAsia="Helvetica" w:hAnsi="Abadi" w:cs="Helvetica"/>
          <w:sz w:val="24"/>
          <w:szCs w:val="24"/>
          <w:lang w:val="fr-FR"/>
        </w:rPr>
        <w:t> : sujet à garder pour le futur</w:t>
      </w:r>
    </w:p>
    <w:p w14:paraId="21B11D1E" w14:textId="77777777" w:rsidR="005419A4" w:rsidRPr="005419A4" w:rsidRDefault="005419A4" w:rsidP="005419A4">
      <w:pPr>
        <w:pStyle w:val="Paragraphedeliste"/>
        <w:ind w:left="567"/>
        <w:rPr>
          <w:rFonts w:ascii="Abadi" w:eastAsia="Helvetica" w:hAnsi="Abadi" w:cs="Helvetica"/>
          <w:sz w:val="24"/>
          <w:szCs w:val="24"/>
          <w:lang w:val="fr-FR"/>
        </w:rPr>
      </w:pPr>
      <w:r w:rsidRPr="005419A4">
        <w:rPr>
          <w:rFonts w:ascii="Abadi" w:eastAsia="Helvetica" w:hAnsi="Abadi" w:cs="Helvetica"/>
          <w:sz w:val="24"/>
          <w:szCs w:val="24"/>
          <w:lang w:val="fr-FR"/>
        </w:rPr>
        <w:t>Pas de consultation cette année mais suggestion de demander feedback aux élèves</w:t>
      </w:r>
    </w:p>
    <w:p w14:paraId="4C334F4D" w14:textId="77777777" w:rsidR="005419A4" w:rsidRDefault="005419A4" w:rsidP="005419A4">
      <w:pPr>
        <w:pStyle w:val="Paragraphedeliste"/>
        <w:tabs>
          <w:tab w:val="right" w:pos="9340"/>
        </w:tabs>
        <w:spacing w:after="0" w:line="360" w:lineRule="auto"/>
        <w:ind w:left="567"/>
        <w:rPr>
          <w:rFonts w:ascii="Abadi" w:hAnsi="Abadi" w:cs="Helvetica"/>
          <w:sz w:val="24"/>
          <w:szCs w:val="24"/>
          <w:lang w:val="fr-FR"/>
        </w:rPr>
      </w:pPr>
      <w:r>
        <w:rPr>
          <w:rFonts w:ascii="Abadi" w:hAnsi="Abadi" w:cs="Helvetica"/>
          <w:sz w:val="24"/>
          <w:szCs w:val="24"/>
          <w:lang w:val="fr-FR"/>
        </w:rPr>
        <w:t>Proposé</w:t>
      </w:r>
      <w:r w:rsidRPr="00E71185">
        <w:rPr>
          <w:rFonts w:ascii="Abadi" w:hAnsi="Abadi" w:cs="Helvetica"/>
          <w:sz w:val="24"/>
          <w:szCs w:val="24"/>
          <w:lang w:val="fr-FR"/>
        </w:rPr>
        <w:t xml:space="preserve"> par Guillaume St-Jean et </w:t>
      </w:r>
      <w:r w:rsidRPr="00E71185">
        <w:rPr>
          <w:rFonts w:ascii="Abadi" w:hAnsi="Abadi" w:cs="Helvetica"/>
          <w:sz w:val="24"/>
          <w:szCs w:val="24"/>
          <w:lang w:val="fr-CA"/>
        </w:rPr>
        <w:t>appuyé</w:t>
      </w:r>
      <w:r w:rsidRPr="00E71185">
        <w:rPr>
          <w:rFonts w:ascii="Abadi" w:hAnsi="Abadi" w:cs="Helvetica"/>
          <w:sz w:val="24"/>
          <w:szCs w:val="24"/>
          <w:lang w:val="fr-FR"/>
        </w:rPr>
        <w:t xml:space="preserve"> par Christine D’Amour</w:t>
      </w:r>
    </w:p>
    <w:p w14:paraId="78E4DE8C" w14:textId="19162806" w:rsidR="006554BA" w:rsidRDefault="006554BA" w:rsidP="006554BA">
      <w:pPr>
        <w:pStyle w:val="Paragraphedeliste"/>
        <w:tabs>
          <w:tab w:val="right" w:pos="9340"/>
        </w:tabs>
        <w:spacing w:after="0" w:line="360" w:lineRule="auto"/>
        <w:ind w:left="567"/>
        <w:rPr>
          <w:rFonts w:ascii="Abadi" w:hAnsi="Abadi" w:cs="Calibri Light"/>
          <w:b/>
          <w:sz w:val="24"/>
          <w:szCs w:val="24"/>
          <w:lang w:val="fr-CA"/>
        </w:rPr>
      </w:pPr>
      <w:r w:rsidRPr="00E71185">
        <w:rPr>
          <w:rFonts w:ascii="Abadi" w:eastAsia="Helvetica" w:hAnsi="Abadi" w:cs="Helvetica"/>
          <w:sz w:val="24"/>
          <w:szCs w:val="24"/>
          <w:lang w:val="fr-FR"/>
        </w:rPr>
        <w:t xml:space="preserve"> </w:t>
      </w:r>
      <w:r w:rsidR="00E71185" w:rsidRPr="00E71185">
        <w:rPr>
          <w:rFonts w:ascii="Abadi" w:hAnsi="Abadi" w:cs="Calibri Light"/>
          <w:b/>
          <w:sz w:val="24"/>
          <w:szCs w:val="24"/>
          <w:lang w:val="fr-CA"/>
        </w:rPr>
        <w:t>CE 25-26/01</w:t>
      </w:r>
      <w:r w:rsidR="00E71185">
        <w:rPr>
          <w:rFonts w:ascii="Abadi" w:hAnsi="Abadi" w:cs="Calibri Light"/>
          <w:b/>
          <w:sz w:val="24"/>
          <w:szCs w:val="24"/>
          <w:lang w:val="fr-CA"/>
        </w:rPr>
        <w:t>4</w:t>
      </w:r>
      <w:r w:rsidR="00E71185" w:rsidRPr="00E71185">
        <w:rPr>
          <w:rFonts w:ascii="Abadi" w:hAnsi="Abadi" w:cs="Calibri Light"/>
          <w:b/>
          <w:sz w:val="24"/>
          <w:szCs w:val="24"/>
          <w:lang w:val="fr-CA"/>
        </w:rPr>
        <w:t xml:space="preserve"> : Il est proposé et appuyé </w:t>
      </w:r>
      <w:r w:rsidR="00E71185">
        <w:rPr>
          <w:rFonts w:ascii="Abadi" w:hAnsi="Abadi" w:cs="Calibri Light"/>
          <w:b/>
          <w:sz w:val="24"/>
          <w:szCs w:val="24"/>
          <w:lang w:val="fr-CA"/>
        </w:rPr>
        <w:t xml:space="preserve">de poursuivre le travail sur la charte d’utilisation des écrans par </w:t>
      </w:r>
      <w:r w:rsidR="005419A4">
        <w:rPr>
          <w:rFonts w:ascii="Abadi" w:hAnsi="Abadi" w:cs="Calibri Light"/>
          <w:b/>
          <w:sz w:val="24"/>
          <w:szCs w:val="24"/>
          <w:lang w:val="fr-CA"/>
        </w:rPr>
        <w:t>les</w:t>
      </w:r>
      <w:r w:rsidR="00E71185">
        <w:rPr>
          <w:rFonts w:ascii="Abadi" w:hAnsi="Abadi" w:cs="Calibri Light"/>
          <w:b/>
          <w:sz w:val="24"/>
          <w:szCs w:val="24"/>
          <w:lang w:val="fr-CA"/>
        </w:rPr>
        <w:t xml:space="preserve"> élèves.</w:t>
      </w:r>
    </w:p>
    <w:p w14:paraId="70370402" w14:textId="77777777" w:rsidR="00E71185" w:rsidRPr="00E71185" w:rsidRDefault="00E71185" w:rsidP="006554BA">
      <w:pPr>
        <w:pStyle w:val="Paragraphedeliste"/>
        <w:tabs>
          <w:tab w:val="right" w:pos="9340"/>
        </w:tabs>
        <w:spacing w:after="0" w:line="360" w:lineRule="auto"/>
        <w:ind w:left="567"/>
        <w:rPr>
          <w:rFonts w:ascii="Abadi" w:hAnsi="Abadi" w:cs="Helvetica"/>
          <w:sz w:val="24"/>
          <w:szCs w:val="24"/>
          <w:lang w:val="fr-FR"/>
        </w:rPr>
      </w:pPr>
    </w:p>
    <w:p w14:paraId="7F3AA973" w14:textId="77777777" w:rsidR="006554BA" w:rsidRPr="00E71185" w:rsidRDefault="006554BA" w:rsidP="006554BA">
      <w:pPr>
        <w:pStyle w:val="Paragraphedeliste"/>
        <w:numPr>
          <w:ilvl w:val="0"/>
          <w:numId w:val="14"/>
        </w:numPr>
        <w:pBdr>
          <w:top w:val="nil"/>
          <w:left w:val="nil"/>
          <w:bottom w:val="nil"/>
          <w:right w:val="nil"/>
          <w:between w:val="nil"/>
          <w:bar w:val="nil"/>
        </w:pBdr>
        <w:spacing w:after="0" w:line="360" w:lineRule="auto"/>
        <w:contextualSpacing w:val="0"/>
        <w:rPr>
          <w:rFonts w:ascii="Abadi" w:hAnsi="Abadi" w:cs="Helvetica"/>
          <w:sz w:val="24"/>
          <w:szCs w:val="24"/>
        </w:rPr>
      </w:pPr>
      <w:r w:rsidRPr="00E71185">
        <w:rPr>
          <w:rFonts w:ascii="Abadi" w:hAnsi="Abadi" w:cs="Helvetica"/>
          <w:sz w:val="24"/>
          <w:szCs w:val="24"/>
        </w:rPr>
        <w:t>Sous-</w:t>
      </w:r>
      <w:proofErr w:type="spellStart"/>
      <w:r w:rsidRPr="00E71185">
        <w:rPr>
          <w:rFonts w:ascii="Abadi" w:hAnsi="Abadi" w:cs="Helvetica"/>
          <w:sz w:val="24"/>
          <w:szCs w:val="24"/>
        </w:rPr>
        <w:t>comités</w:t>
      </w:r>
      <w:proofErr w:type="spellEnd"/>
      <w:r w:rsidRPr="00E71185">
        <w:rPr>
          <w:rFonts w:ascii="Abadi" w:hAnsi="Abadi" w:cs="Helvetica"/>
          <w:sz w:val="24"/>
          <w:szCs w:val="24"/>
        </w:rPr>
        <w:t xml:space="preserve"> </w:t>
      </w:r>
      <w:r w:rsidRPr="00E71185">
        <w:rPr>
          <w:rFonts w:ascii="Abadi" w:hAnsi="Abadi" w:cs="Helvetica"/>
          <w:sz w:val="24"/>
          <w:szCs w:val="24"/>
        </w:rPr>
        <w:tab/>
        <w:t xml:space="preserve">10 minutes </w:t>
      </w:r>
    </w:p>
    <w:p w14:paraId="1A0F2344" w14:textId="77777777" w:rsidR="00E71185" w:rsidRDefault="006554BA" w:rsidP="006554BA">
      <w:pPr>
        <w:pStyle w:val="Paragraphedeliste"/>
        <w:tabs>
          <w:tab w:val="right" w:pos="9340"/>
        </w:tabs>
        <w:spacing w:after="0" w:line="360" w:lineRule="auto"/>
        <w:ind w:left="567"/>
        <w:rPr>
          <w:rFonts w:ascii="Abadi" w:hAnsi="Abadi" w:cs="Helvetica"/>
          <w:sz w:val="24"/>
          <w:szCs w:val="24"/>
          <w:lang w:val="fr-CA"/>
        </w:rPr>
      </w:pPr>
      <w:r w:rsidRPr="00E71185">
        <w:rPr>
          <w:rFonts w:ascii="Abadi" w:hAnsi="Abadi" w:cs="Helvetica"/>
          <w:sz w:val="24"/>
          <w:szCs w:val="24"/>
          <w:lang w:val="fr-CA"/>
        </w:rPr>
        <w:t>8.1 Comité Fondation (un courriel sera envoyé à tous)</w:t>
      </w:r>
    </w:p>
    <w:p w14:paraId="40C095A6" w14:textId="3180E89C" w:rsidR="005419A4" w:rsidRPr="005419A4" w:rsidRDefault="005419A4" w:rsidP="005419A4">
      <w:pPr>
        <w:pStyle w:val="Paragraphedeliste"/>
        <w:tabs>
          <w:tab w:val="right" w:pos="9340"/>
        </w:tabs>
        <w:ind w:left="567"/>
        <w:rPr>
          <w:rFonts w:ascii="Abadi" w:hAnsi="Abadi" w:cs="Calibri Light"/>
          <w:bCs/>
          <w:sz w:val="24"/>
          <w:szCs w:val="24"/>
          <w:lang w:val="fr-CA"/>
        </w:rPr>
      </w:pPr>
      <w:r w:rsidRPr="005419A4">
        <w:rPr>
          <w:rFonts w:ascii="Abadi" w:hAnsi="Abadi" w:cs="Calibri Light"/>
          <w:bCs/>
          <w:sz w:val="24"/>
          <w:szCs w:val="24"/>
          <w:lang w:val="fr-CA"/>
        </w:rPr>
        <w:t>Compte tenu</w:t>
      </w:r>
      <w:r>
        <w:rPr>
          <w:rFonts w:ascii="Abadi" w:hAnsi="Abadi" w:cs="Calibri Light"/>
          <w:bCs/>
          <w:sz w:val="24"/>
          <w:szCs w:val="24"/>
          <w:lang w:val="fr-CA"/>
        </w:rPr>
        <w:t xml:space="preserve"> de la baisse des fonds récoltés par la </w:t>
      </w:r>
      <w:r w:rsidRPr="005419A4">
        <w:rPr>
          <w:rFonts w:ascii="Abadi" w:hAnsi="Abadi" w:cs="Calibri Light"/>
          <w:bCs/>
          <w:sz w:val="24"/>
          <w:szCs w:val="24"/>
          <w:lang w:val="fr-CA"/>
        </w:rPr>
        <w:t>Fondation</w:t>
      </w:r>
    </w:p>
    <w:p w14:paraId="3739E5B6" w14:textId="2A11B8FC" w:rsidR="005419A4" w:rsidRPr="005419A4" w:rsidRDefault="005419A4" w:rsidP="005419A4">
      <w:pPr>
        <w:pStyle w:val="Paragraphedeliste"/>
        <w:tabs>
          <w:tab w:val="right" w:pos="9340"/>
        </w:tabs>
        <w:ind w:left="567"/>
        <w:rPr>
          <w:rFonts w:ascii="Abadi" w:hAnsi="Abadi" w:cs="Calibri Light"/>
          <w:bCs/>
          <w:sz w:val="24"/>
          <w:szCs w:val="24"/>
          <w:lang w:val="fr-CA"/>
        </w:rPr>
      </w:pPr>
      <w:r>
        <w:rPr>
          <w:rFonts w:ascii="Abadi" w:hAnsi="Abadi" w:cs="Calibri Light"/>
          <w:bCs/>
          <w:sz w:val="24"/>
          <w:szCs w:val="24"/>
          <w:lang w:val="fr-CA"/>
        </w:rPr>
        <w:t>(</w:t>
      </w:r>
      <w:r w:rsidRPr="005419A4">
        <w:rPr>
          <w:rFonts w:ascii="Abadi" w:hAnsi="Abadi" w:cs="Calibri Light"/>
          <w:bCs/>
          <w:sz w:val="24"/>
          <w:szCs w:val="24"/>
          <w:lang w:val="fr-CA"/>
        </w:rPr>
        <w:t xml:space="preserve">13 630$ - objectif 27 000$: le plus bas des 3 </w:t>
      </w:r>
      <w:r>
        <w:rPr>
          <w:rFonts w:ascii="Abadi" w:hAnsi="Abadi" w:cs="Calibri Light"/>
          <w:bCs/>
          <w:sz w:val="24"/>
          <w:szCs w:val="24"/>
          <w:lang w:val="fr-CA"/>
        </w:rPr>
        <w:t>écoles)</w:t>
      </w:r>
    </w:p>
    <w:p w14:paraId="432E39E1" w14:textId="5E63298C" w:rsidR="005419A4" w:rsidRPr="005419A4" w:rsidRDefault="005419A4" w:rsidP="005419A4">
      <w:pPr>
        <w:pStyle w:val="Paragraphedeliste"/>
        <w:tabs>
          <w:tab w:val="right" w:pos="9340"/>
        </w:tabs>
        <w:ind w:left="567"/>
        <w:rPr>
          <w:rFonts w:ascii="Abadi" w:hAnsi="Abadi" w:cs="Calibri Light"/>
          <w:bCs/>
          <w:sz w:val="24"/>
          <w:szCs w:val="24"/>
          <w:lang w:val="fr-CA"/>
        </w:rPr>
      </w:pPr>
      <w:r>
        <w:rPr>
          <w:rFonts w:ascii="Abadi" w:hAnsi="Abadi" w:cs="Calibri Light"/>
          <w:bCs/>
          <w:sz w:val="24"/>
          <w:szCs w:val="24"/>
          <w:lang w:val="fr-CA"/>
        </w:rPr>
        <w:t xml:space="preserve">La </w:t>
      </w:r>
      <w:r w:rsidRPr="005419A4">
        <w:rPr>
          <w:rFonts w:ascii="Abadi" w:hAnsi="Abadi" w:cs="Calibri Light"/>
          <w:bCs/>
          <w:sz w:val="24"/>
          <w:szCs w:val="24"/>
          <w:lang w:val="fr-CA"/>
        </w:rPr>
        <w:t>vente de chandails a bien été</w:t>
      </w:r>
      <w:r w:rsidR="00156DDF">
        <w:rPr>
          <w:rFonts w:ascii="Abadi" w:hAnsi="Abadi" w:cs="Calibri Light"/>
          <w:bCs/>
          <w:sz w:val="24"/>
          <w:szCs w:val="24"/>
          <w:lang w:val="fr-CA"/>
        </w:rPr>
        <w:t>.</w:t>
      </w:r>
    </w:p>
    <w:p w14:paraId="5F6F4082" w14:textId="1D3DB91A" w:rsidR="005419A4" w:rsidRPr="005419A4" w:rsidRDefault="005419A4" w:rsidP="005419A4">
      <w:pPr>
        <w:pStyle w:val="Paragraphedeliste"/>
        <w:tabs>
          <w:tab w:val="right" w:pos="9340"/>
        </w:tabs>
        <w:ind w:left="567"/>
        <w:rPr>
          <w:rFonts w:ascii="Abadi" w:hAnsi="Abadi" w:cs="Calibri Light"/>
          <w:bCs/>
          <w:sz w:val="24"/>
          <w:szCs w:val="24"/>
          <w:lang w:val="fr-CA"/>
        </w:rPr>
      </w:pPr>
      <w:r>
        <w:rPr>
          <w:rFonts w:ascii="Abadi" w:hAnsi="Abadi" w:cs="Calibri Light"/>
          <w:bCs/>
          <w:sz w:val="24"/>
          <w:szCs w:val="24"/>
          <w:lang w:val="fr-CA"/>
        </w:rPr>
        <w:t>La prochaine campagne est la vente d’</w:t>
      </w:r>
      <w:r w:rsidRPr="005419A4">
        <w:rPr>
          <w:rFonts w:ascii="Abadi" w:hAnsi="Abadi" w:cs="Calibri Light"/>
          <w:bCs/>
          <w:sz w:val="24"/>
          <w:szCs w:val="24"/>
          <w:lang w:val="fr-CA"/>
        </w:rPr>
        <w:t>huile d’olive</w:t>
      </w:r>
      <w:r w:rsidR="00156DDF">
        <w:rPr>
          <w:rFonts w:ascii="Abadi" w:hAnsi="Abadi" w:cs="Calibri Light"/>
          <w:bCs/>
          <w:sz w:val="24"/>
          <w:szCs w:val="24"/>
          <w:lang w:val="fr-CA"/>
        </w:rPr>
        <w:t>.</w:t>
      </w:r>
    </w:p>
    <w:p w14:paraId="4A0A97EA" w14:textId="77777777" w:rsidR="005419A4" w:rsidRPr="005419A4" w:rsidRDefault="005419A4" w:rsidP="005419A4">
      <w:pPr>
        <w:pStyle w:val="Paragraphedeliste"/>
        <w:tabs>
          <w:tab w:val="right" w:pos="9340"/>
        </w:tabs>
        <w:ind w:left="567"/>
        <w:rPr>
          <w:rFonts w:ascii="Abadi" w:hAnsi="Abadi" w:cs="Calibri Light"/>
          <w:bCs/>
          <w:sz w:val="24"/>
          <w:szCs w:val="24"/>
          <w:lang w:val="fr-CA"/>
        </w:rPr>
      </w:pPr>
    </w:p>
    <w:p w14:paraId="1372B9F0" w14:textId="63F2DABB" w:rsidR="005419A4" w:rsidRPr="005419A4" w:rsidRDefault="005419A4" w:rsidP="005419A4">
      <w:pPr>
        <w:pStyle w:val="Paragraphedeliste"/>
        <w:tabs>
          <w:tab w:val="right" w:pos="9340"/>
        </w:tabs>
        <w:ind w:left="567"/>
        <w:rPr>
          <w:rFonts w:ascii="Abadi" w:hAnsi="Abadi" w:cs="Calibri Light"/>
          <w:bCs/>
          <w:sz w:val="24"/>
          <w:szCs w:val="24"/>
          <w:lang w:val="fr-CA"/>
        </w:rPr>
      </w:pPr>
      <w:r w:rsidRPr="005419A4">
        <w:rPr>
          <w:rFonts w:ascii="Abadi" w:hAnsi="Abadi" w:cs="Calibri Light"/>
          <w:bCs/>
          <w:sz w:val="24"/>
          <w:szCs w:val="24"/>
          <w:lang w:val="fr-CA"/>
        </w:rPr>
        <w:t xml:space="preserve">À </w:t>
      </w:r>
      <w:r w:rsidRPr="005419A4">
        <w:rPr>
          <w:rFonts w:ascii="Abadi" w:hAnsi="Abadi" w:cs="Calibri Light"/>
          <w:bCs/>
          <w:sz w:val="24"/>
          <w:szCs w:val="24"/>
          <w:lang w:val="fr-CA"/>
        </w:rPr>
        <w:t>même</w:t>
      </w:r>
      <w:r w:rsidRPr="005419A4">
        <w:rPr>
          <w:rFonts w:ascii="Abadi" w:hAnsi="Abadi" w:cs="Calibri Light"/>
          <w:bCs/>
          <w:sz w:val="24"/>
          <w:szCs w:val="24"/>
          <w:lang w:val="fr-CA"/>
        </w:rPr>
        <w:t xml:space="preserve"> notre école, pertinence d’avoir un comité qui pourrait se pencher sur la problématique de la baisse des dons cette année et comment on pourrait </w:t>
      </w:r>
      <w:proofErr w:type="spellStart"/>
      <w:r w:rsidRPr="005419A4">
        <w:rPr>
          <w:rFonts w:ascii="Abadi" w:hAnsi="Abadi" w:cs="Calibri Light"/>
          <w:bCs/>
          <w:sz w:val="24"/>
          <w:szCs w:val="24"/>
          <w:lang w:val="fr-CA"/>
        </w:rPr>
        <w:t>mousser</w:t>
      </w:r>
      <w:proofErr w:type="spellEnd"/>
      <w:r w:rsidRPr="005419A4">
        <w:rPr>
          <w:rFonts w:ascii="Abadi" w:hAnsi="Abadi" w:cs="Calibri Light"/>
          <w:bCs/>
          <w:sz w:val="24"/>
          <w:szCs w:val="24"/>
          <w:lang w:val="fr-CA"/>
        </w:rPr>
        <w:t xml:space="preserve"> les dons,  initiatives, grands </w:t>
      </w:r>
      <w:r w:rsidRPr="005419A4">
        <w:rPr>
          <w:rFonts w:ascii="Abadi" w:hAnsi="Abadi" w:cs="Calibri Light"/>
          <w:bCs/>
          <w:sz w:val="24"/>
          <w:szCs w:val="24"/>
          <w:lang w:val="fr-CA"/>
        </w:rPr>
        <w:t>donateurs</w:t>
      </w:r>
      <w:r w:rsidR="00156DDF">
        <w:rPr>
          <w:rFonts w:ascii="Abadi" w:hAnsi="Abadi" w:cs="Calibri Light"/>
          <w:bCs/>
          <w:sz w:val="24"/>
          <w:szCs w:val="24"/>
          <w:lang w:val="fr-CA"/>
        </w:rPr>
        <w:t>.</w:t>
      </w:r>
    </w:p>
    <w:p w14:paraId="3353DC11" w14:textId="799C3279" w:rsidR="005419A4" w:rsidRPr="005419A4" w:rsidRDefault="005419A4" w:rsidP="005419A4">
      <w:pPr>
        <w:pStyle w:val="Paragraphedeliste"/>
        <w:tabs>
          <w:tab w:val="right" w:pos="9340"/>
        </w:tabs>
        <w:ind w:left="567"/>
        <w:rPr>
          <w:rFonts w:ascii="Abadi" w:hAnsi="Abadi" w:cs="Calibri Light"/>
          <w:bCs/>
          <w:sz w:val="24"/>
          <w:szCs w:val="24"/>
          <w:lang w:val="fr-CA"/>
        </w:rPr>
      </w:pPr>
      <w:r w:rsidRPr="005419A4">
        <w:rPr>
          <w:rFonts w:ascii="Abadi" w:hAnsi="Abadi" w:cs="Calibri Light"/>
          <w:bCs/>
          <w:sz w:val="24"/>
          <w:szCs w:val="24"/>
          <w:lang w:val="fr-CA"/>
        </w:rPr>
        <w:t xml:space="preserve">Comité local pour aider à ramasser des dons pour l’ESCO puisque la fondation rassemble les 3 écoles – collaboration avec la Fondation (ex. Plateforme de dons </w:t>
      </w:r>
      <w:r w:rsidR="00156DDF" w:rsidRPr="005419A4">
        <w:rPr>
          <w:rFonts w:ascii="Abadi" w:hAnsi="Abadi" w:cs="Calibri Light"/>
          <w:bCs/>
          <w:sz w:val="24"/>
          <w:szCs w:val="24"/>
          <w:lang w:val="fr-CA"/>
        </w:rPr>
        <w:t>déjà</w:t>
      </w:r>
      <w:r w:rsidRPr="005419A4">
        <w:rPr>
          <w:rFonts w:ascii="Abadi" w:hAnsi="Abadi" w:cs="Calibri Light"/>
          <w:bCs/>
          <w:sz w:val="24"/>
          <w:szCs w:val="24"/>
          <w:lang w:val="fr-CA"/>
        </w:rPr>
        <w:t xml:space="preserve"> en place) pour amplifier le travail de la fondation, diversifier</w:t>
      </w:r>
    </w:p>
    <w:p w14:paraId="332E54A3" w14:textId="77777777" w:rsidR="005419A4" w:rsidRPr="005419A4" w:rsidRDefault="005419A4" w:rsidP="005419A4">
      <w:pPr>
        <w:pStyle w:val="Paragraphedeliste"/>
        <w:tabs>
          <w:tab w:val="right" w:pos="9340"/>
        </w:tabs>
        <w:ind w:left="567"/>
        <w:rPr>
          <w:rFonts w:ascii="Abadi" w:hAnsi="Abadi" w:cs="Calibri Light"/>
          <w:bCs/>
          <w:sz w:val="24"/>
          <w:szCs w:val="24"/>
          <w:lang w:val="fr-CA"/>
        </w:rPr>
      </w:pPr>
      <w:r w:rsidRPr="005419A4">
        <w:rPr>
          <w:rFonts w:ascii="Abadi" w:hAnsi="Abadi" w:cs="Calibri Light"/>
          <w:bCs/>
          <w:sz w:val="24"/>
          <w:szCs w:val="24"/>
          <w:lang w:val="fr-CA"/>
        </w:rPr>
        <w:t>Soirée cinéma payante</w:t>
      </w:r>
    </w:p>
    <w:p w14:paraId="1371D09A" w14:textId="77777777" w:rsidR="005419A4" w:rsidRPr="005419A4" w:rsidRDefault="005419A4" w:rsidP="005419A4">
      <w:pPr>
        <w:pStyle w:val="Paragraphedeliste"/>
        <w:tabs>
          <w:tab w:val="right" w:pos="9340"/>
        </w:tabs>
        <w:ind w:left="567"/>
        <w:rPr>
          <w:rFonts w:ascii="Abadi" w:hAnsi="Abadi" w:cs="Calibri Light"/>
          <w:bCs/>
          <w:sz w:val="24"/>
          <w:szCs w:val="24"/>
          <w:lang w:val="fr-CA"/>
        </w:rPr>
      </w:pPr>
      <w:r w:rsidRPr="005419A4">
        <w:rPr>
          <w:rFonts w:ascii="Abadi" w:hAnsi="Abadi" w:cs="Calibri Light"/>
          <w:bCs/>
          <w:sz w:val="24"/>
          <w:szCs w:val="24"/>
          <w:lang w:val="fr-CA"/>
        </w:rPr>
        <w:t>La fabrique à projets</w:t>
      </w:r>
    </w:p>
    <w:p w14:paraId="105C6031" w14:textId="77777777" w:rsidR="005419A4" w:rsidRPr="005419A4" w:rsidRDefault="005419A4" w:rsidP="005419A4">
      <w:pPr>
        <w:pStyle w:val="Paragraphedeliste"/>
        <w:tabs>
          <w:tab w:val="right" w:pos="9340"/>
        </w:tabs>
        <w:ind w:left="567"/>
        <w:rPr>
          <w:rFonts w:ascii="Abadi" w:hAnsi="Abadi" w:cs="Calibri Light"/>
          <w:bCs/>
          <w:sz w:val="24"/>
          <w:szCs w:val="24"/>
          <w:lang w:val="fr-CA"/>
        </w:rPr>
      </w:pPr>
      <w:r w:rsidRPr="005419A4">
        <w:rPr>
          <w:rFonts w:ascii="Abadi" w:hAnsi="Abadi" w:cs="Calibri Light"/>
          <w:bCs/>
          <w:sz w:val="24"/>
          <w:szCs w:val="24"/>
          <w:lang w:val="fr-CA"/>
        </w:rPr>
        <w:t>Nom: Comité Fondation</w:t>
      </w:r>
    </w:p>
    <w:p w14:paraId="7BA34E88" w14:textId="0C6D0356" w:rsidR="005419A4" w:rsidRDefault="00156DDF" w:rsidP="006554BA">
      <w:pPr>
        <w:pStyle w:val="Paragraphedeliste"/>
        <w:tabs>
          <w:tab w:val="right" w:pos="9340"/>
        </w:tabs>
        <w:spacing w:after="0" w:line="360" w:lineRule="auto"/>
        <w:ind w:left="567"/>
        <w:rPr>
          <w:rFonts w:ascii="Abadi" w:hAnsi="Abadi" w:cs="Helvetica"/>
          <w:sz w:val="24"/>
          <w:szCs w:val="24"/>
          <w:lang w:val="fr-CA"/>
        </w:rPr>
      </w:pPr>
      <w:r>
        <w:rPr>
          <w:rFonts w:ascii="Abadi" w:hAnsi="Abadi" w:cs="Helvetica"/>
          <w:sz w:val="24"/>
          <w:szCs w:val="24"/>
          <w:lang w:val="fr-CA"/>
        </w:rPr>
        <w:t>Proposé par Maxime l’Écuyer et appuyé par Christine D’Amour</w:t>
      </w:r>
    </w:p>
    <w:p w14:paraId="0883A614" w14:textId="681CA917" w:rsidR="006554BA" w:rsidRDefault="00E71185" w:rsidP="006554BA">
      <w:pPr>
        <w:pStyle w:val="Paragraphedeliste"/>
        <w:tabs>
          <w:tab w:val="right" w:pos="9340"/>
        </w:tabs>
        <w:spacing w:after="0" w:line="360" w:lineRule="auto"/>
        <w:ind w:left="567"/>
        <w:rPr>
          <w:rFonts w:ascii="Abadi" w:hAnsi="Abadi" w:cs="Calibri Light"/>
          <w:b/>
          <w:sz w:val="24"/>
          <w:szCs w:val="24"/>
          <w:lang w:val="fr-CA"/>
        </w:rPr>
      </w:pPr>
      <w:r w:rsidRPr="00E71185">
        <w:rPr>
          <w:rFonts w:ascii="Abadi" w:hAnsi="Abadi" w:cs="Calibri Light"/>
          <w:b/>
          <w:sz w:val="24"/>
          <w:szCs w:val="24"/>
          <w:lang w:val="fr-CA"/>
        </w:rPr>
        <w:t>CE 25-26/01</w:t>
      </w:r>
      <w:r>
        <w:rPr>
          <w:rFonts w:ascii="Abadi" w:hAnsi="Abadi" w:cs="Calibri Light"/>
          <w:b/>
          <w:sz w:val="24"/>
          <w:szCs w:val="24"/>
          <w:lang w:val="fr-CA"/>
        </w:rPr>
        <w:t>5</w:t>
      </w:r>
      <w:r w:rsidRPr="00E71185">
        <w:rPr>
          <w:rFonts w:ascii="Abadi" w:hAnsi="Abadi" w:cs="Calibri Light"/>
          <w:b/>
          <w:sz w:val="24"/>
          <w:szCs w:val="24"/>
          <w:lang w:val="fr-CA"/>
        </w:rPr>
        <w:t xml:space="preserve"> : Il est proposé et appuyé d’adopter </w:t>
      </w:r>
      <w:r>
        <w:rPr>
          <w:rFonts w:ascii="Abadi" w:hAnsi="Abadi" w:cs="Calibri Light"/>
          <w:b/>
          <w:sz w:val="24"/>
          <w:szCs w:val="24"/>
          <w:lang w:val="fr-CA"/>
        </w:rPr>
        <w:t>de créer un comité fondation afin d’appuyer la Fondation dans ses démarches.</w:t>
      </w:r>
    </w:p>
    <w:p w14:paraId="37F3CF9F" w14:textId="77777777" w:rsidR="00156DDF" w:rsidRDefault="00156DDF" w:rsidP="005419A4">
      <w:pPr>
        <w:pStyle w:val="Paragraphedeliste"/>
        <w:tabs>
          <w:tab w:val="right" w:pos="9340"/>
        </w:tabs>
        <w:ind w:left="567"/>
        <w:rPr>
          <w:rFonts w:ascii="Abadi" w:hAnsi="Abadi" w:cs="Calibri Light"/>
          <w:bCs/>
          <w:sz w:val="24"/>
          <w:szCs w:val="24"/>
          <w:lang w:val="fr-CA"/>
        </w:rPr>
      </w:pPr>
    </w:p>
    <w:p w14:paraId="37BD2AC7" w14:textId="4D25A33A" w:rsidR="005419A4" w:rsidRDefault="005419A4" w:rsidP="005419A4">
      <w:pPr>
        <w:pStyle w:val="Paragraphedeliste"/>
        <w:tabs>
          <w:tab w:val="right" w:pos="9340"/>
        </w:tabs>
        <w:ind w:left="567"/>
        <w:rPr>
          <w:rFonts w:ascii="Abadi" w:hAnsi="Abadi" w:cs="Calibri Light"/>
          <w:bCs/>
          <w:sz w:val="24"/>
          <w:szCs w:val="24"/>
          <w:lang w:val="fr-CA"/>
        </w:rPr>
      </w:pPr>
      <w:r>
        <w:rPr>
          <w:rFonts w:ascii="Abadi" w:hAnsi="Abadi" w:cs="Calibri Light"/>
          <w:bCs/>
          <w:sz w:val="24"/>
          <w:szCs w:val="24"/>
          <w:lang w:val="fr-CA"/>
        </w:rPr>
        <w:t xml:space="preserve">8.2 pertinence comité traiteur </w:t>
      </w:r>
    </w:p>
    <w:p w14:paraId="7E10CA4E" w14:textId="6C3A7918" w:rsidR="005419A4" w:rsidRPr="005419A4" w:rsidRDefault="005419A4" w:rsidP="005419A4">
      <w:pPr>
        <w:pStyle w:val="Paragraphedeliste"/>
        <w:tabs>
          <w:tab w:val="right" w:pos="9340"/>
        </w:tabs>
        <w:ind w:left="567"/>
        <w:rPr>
          <w:rFonts w:ascii="Abadi" w:hAnsi="Abadi" w:cs="Calibri Light"/>
          <w:bCs/>
          <w:sz w:val="24"/>
          <w:szCs w:val="24"/>
          <w:lang w:val="fr-CA"/>
        </w:rPr>
      </w:pPr>
      <w:r>
        <w:rPr>
          <w:rFonts w:ascii="Abadi" w:hAnsi="Abadi" w:cs="Calibri Light"/>
          <w:bCs/>
          <w:sz w:val="24"/>
          <w:szCs w:val="24"/>
          <w:lang w:val="fr-CA"/>
        </w:rPr>
        <w:t xml:space="preserve">* </w:t>
      </w:r>
      <w:r w:rsidRPr="005419A4">
        <w:rPr>
          <w:rFonts w:ascii="Abadi" w:hAnsi="Abadi" w:cs="Calibri Light"/>
          <w:bCs/>
          <w:sz w:val="24"/>
          <w:szCs w:val="24"/>
          <w:lang w:val="fr-CA"/>
        </w:rPr>
        <w:t>Besoin de parents</w:t>
      </w:r>
    </w:p>
    <w:p w14:paraId="652E1B74" w14:textId="5039A8C2" w:rsidR="005419A4" w:rsidRPr="005419A4" w:rsidRDefault="005419A4" w:rsidP="005419A4">
      <w:pPr>
        <w:pStyle w:val="Paragraphedeliste"/>
        <w:tabs>
          <w:tab w:val="right" w:pos="9340"/>
        </w:tabs>
        <w:ind w:left="567"/>
        <w:rPr>
          <w:rFonts w:ascii="Abadi" w:hAnsi="Abadi" w:cs="Calibri Light"/>
          <w:bCs/>
          <w:sz w:val="24"/>
          <w:szCs w:val="24"/>
          <w:lang w:val="fr-CA"/>
        </w:rPr>
      </w:pPr>
      <w:r>
        <w:rPr>
          <w:rFonts w:ascii="Abadi" w:hAnsi="Abadi" w:cs="Calibri Light"/>
          <w:bCs/>
          <w:sz w:val="24"/>
          <w:szCs w:val="24"/>
          <w:lang w:val="fr-CA"/>
        </w:rPr>
        <w:t xml:space="preserve">* </w:t>
      </w:r>
      <w:r w:rsidRPr="005419A4">
        <w:rPr>
          <w:rFonts w:ascii="Abadi" w:hAnsi="Abadi" w:cs="Calibri Light"/>
          <w:bCs/>
          <w:sz w:val="24"/>
          <w:szCs w:val="24"/>
          <w:lang w:val="fr-CA"/>
        </w:rPr>
        <w:t>Exercice fait récemment et long processus</w:t>
      </w:r>
    </w:p>
    <w:p w14:paraId="34E01A91" w14:textId="193B3281" w:rsidR="005419A4" w:rsidRPr="005419A4" w:rsidRDefault="005419A4" w:rsidP="005419A4">
      <w:pPr>
        <w:pStyle w:val="Paragraphedeliste"/>
        <w:tabs>
          <w:tab w:val="right" w:pos="9340"/>
        </w:tabs>
        <w:ind w:left="567"/>
        <w:rPr>
          <w:rFonts w:ascii="Abadi" w:hAnsi="Abadi" w:cs="Calibri Light"/>
          <w:bCs/>
          <w:sz w:val="24"/>
          <w:szCs w:val="24"/>
          <w:lang w:val="fr-CA"/>
        </w:rPr>
      </w:pPr>
      <w:r>
        <w:rPr>
          <w:rFonts w:ascii="Abadi" w:hAnsi="Abadi" w:cs="Calibri Light"/>
          <w:bCs/>
          <w:sz w:val="24"/>
          <w:szCs w:val="24"/>
          <w:lang w:val="fr-CA"/>
        </w:rPr>
        <w:t xml:space="preserve">* </w:t>
      </w:r>
      <w:r w:rsidRPr="005419A4">
        <w:rPr>
          <w:rFonts w:ascii="Abadi" w:hAnsi="Abadi" w:cs="Calibri Light"/>
          <w:bCs/>
          <w:sz w:val="24"/>
          <w:szCs w:val="24"/>
          <w:lang w:val="fr-CA"/>
        </w:rPr>
        <w:t>1er but: pertinence de réévaluer le traiteur</w:t>
      </w:r>
    </w:p>
    <w:p w14:paraId="1467F5F5" w14:textId="0B3F4387" w:rsidR="005419A4" w:rsidRPr="005419A4" w:rsidRDefault="005419A4" w:rsidP="005419A4">
      <w:pPr>
        <w:pStyle w:val="Paragraphedeliste"/>
        <w:tabs>
          <w:tab w:val="right" w:pos="9340"/>
        </w:tabs>
        <w:ind w:left="567"/>
        <w:rPr>
          <w:rFonts w:ascii="Abadi" w:hAnsi="Abadi" w:cs="Calibri Light"/>
          <w:bCs/>
          <w:sz w:val="24"/>
          <w:szCs w:val="24"/>
          <w:lang w:val="fr-CA"/>
        </w:rPr>
      </w:pPr>
      <w:r>
        <w:rPr>
          <w:rFonts w:ascii="Abadi" w:hAnsi="Abadi" w:cs="Calibri Light"/>
          <w:bCs/>
          <w:sz w:val="24"/>
          <w:szCs w:val="24"/>
          <w:lang w:val="fr-CA"/>
        </w:rPr>
        <w:t xml:space="preserve">* </w:t>
      </w:r>
      <w:r w:rsidRPr="005419A4">
        <w:rPr>
          <w:rFonts w:ascii="Abadi" w:hAnsi="Abadi" w:cs="Calibri Light"/>
          <w:bCs/>
          <w:sz w:val="24"/>
          <w:szCs w:val="24"/>
          <w:lang w:val="fr-CA"/>
        </w:rPr>
        <w:t>2e but: améliorer traiteur actuel</w:t>
      </w:r>
    </w:p>
    <w:p w14:paraId="73538434" w14:textId="5F45F438" w:rsidR="005419A4" w:rsidRPr="005419A4" w:rsidRDefault="005419A4" w:rsidP="005419A4">
      <w:pPr>
        <w:pStyle w:val="Paragraphedeliste"/>
        <w:tabs>
          <w:tab w:val="right" w:pos="9340"/>
        </w:tabs>
        <w:ind w:left="567"/>
        <w:rPr>
          <w:rFonts w:ascii="Abadi" w:hAnsi="Abadi" w:cs="Calibri Light"/>
          <w:bCs/>
          <w:sz w:val="24"/>
          <w:szCs w:val="24"/>
          <w:lang w:val="fr-CA"/>
        </w:rPr>
      </w:pPr>
      <w:r>
        <w:rPr>
          <w:rFonts w:ascii="Abadi" w:hAnsi="Abadi" w:cs="Calibri Light"/>
          <w:bCs/>
          <w:sz w:val="24"/>
          <w:szCs w:val="24"/>
          <w:lang w:val="fr-CA"/>
        </w:rPr>
        <w:t xml:space="preserve">* </w:t>
      </w:r>
      <w:r w:rsidRPr="005419A4">
        <w:rPr>
          <w:rFonts w:ascii="Abadi" w:hAnsi="Abadi" w:cs="Calibri Light"/>
          <w:bCs/>
          <w:sz w:val="24"/>
          <w:szCs w:val="24"/>
          <w:lang w:val="fr-CA"/>
        </w:rPr>
        <w:t xml:space="preserve">150 et + </w:t>
      </w:r>
      <w:r w:rsidRPr="005419A4">
        <w:rPr>
          <w:rFonts w:ascii="Abadi" w:hAnsi="Abadi" w:cs="Calibri Light"/>
          <w:bCs/>
          <w:sz w:val="24"/>
          <w:szCs w:val="24"/>
          <w:lang w:val="fr-CA"/>
        </w:rPr>
        <w:t>élèves</w:t>
      </w:r>
      <w:r w:rsidRPr="005419A4">
        <w:rPr>
          <w:rFonts w:ascii="Abadi" w:hAnsi="Abadi" w:cs="Calibri Light"/>
          <w:bCs/>
          <w:sz w:val="24"/>
          <w:szCs w:val="24"/>
          <w:lang w:val="fr-CA"/>
        </w:rPr>
        <w:t xml:space="preserve"> sur 450</w:t>
      </w:r>
    </w:p>
    <w:p w14:paraId="6603B4AD" w14:textId="1BEFAA22" w:rsidR="005419A4" w:rsidRPr="005419A4" w:rsidRDefault="005419A4" w:rsidP="005419A4">
      <w:pPr>
        <w:pStyle w:val="Paragraphedeliste"/>
        <w:tabs>
          <w:tab w:val="right" w:pos="9340"/>
        </w:tabs>
        <w:ind w:left="567"/>
        <w:rPr>
          <w:rFonts w:ascii="Abadi" w:hAnsi="Abadi" w:cs="Calibri Light"/>
          <w:bCs/>
          <w:sz w:val="24"/>
          <w:szCs w:val="24"/>
          <w:lang w:val="fr-CA"/>
        </w:rPr>
      </w:pPr>
      <w:r>
        <w:rPr>
          <w:rFonts w:ascii="Abadi" w:hAnsi="Abadi" w:cs="Calibri Light"/>
          <w:bCs/>
          <w:sz w:val="24"/>
          <w:szCs w:val="24"/>
          <w:lang w:val="fr-CA"/>
        </w:rPr>
        <w:t xml:space="preserve">* </w:t>
      </w:r>
      <w:r w:rsidRPr="005419A4">
        <w:rPr>
          <w:rFonts w:ascii="Abadi" w:hAnsi="Abadi" w:cs="Calibri Light"/>
          <w:bCs/>
          <w:sz w:val="24"/>
          <w:szCs w:val="24"/>
          <w:lang w:val="fr-CA"/>
        </w:rPr>
        <w:t>point positif de la Cantine pour Tous: de permettre co</w:t>
      </w:r>
      <w:r>
        <w:rPr>
          <w:rFonts w:ascii="Abadi" w:hAnsi="Abadi" w:cs="Calibri Light"/>
          <w:bCs/>
          <w:sz w:val="24"/>
          <w:szCs w:val="24"/>
          <w:lang w:val="fr-CA"/>
        </w:rPr>
        <w:t>û</w:t>
      </w:r>
      <w:r w:rsidRPr="005419A4">
        <w:rPr>
          <w:rFonts w:ascii="Abadi" w:hAnsi="Abadi" w:cs="Calibri Light"/>
          <w:bCs/>
          <w:sz w:val="24"/>
          <w:szCs w:val="24"/>
          <w:lang w:val="fr-CA"/>
        </w:rPr>
        <w:t xml:space="preserve">t variable et </w:t>
      </w:r>
      <w:r w:rsidRPr="005419A4">
        <w:rPr>
          <w:rFonts w:ascii="Abadi" w:hAnsi="Abadi" w:cs="Calibri Light"/>
          <w:bCs/>
          <w:sz w:val="24"/>
          <w:szCs w:val="24"/>
          <w:lang w:val="fr-CA"/>
        </w:rPr>
        <w:t>réinsertion</w:t>
      </w:r>
      <w:r w:rsidRPr="005419A4">
        <w:rPr>
          <w:rFonts w:ascii="Abadi" w:hAnsi="Abadi" w:cs="Calibri Light"/>
          <w:bCs/>
          <w:sz w:val="24"/>
          <w:szCs w:val="24"/>
          <w:lang w:val="fr-CA"/>
        </w:rPr>
        <w:t xml:space="preserve"> sociale</w:t>
      </w:r>
    </w:p>
    <w:p w14:paraId="00F10901" w14:textId="4A097479" w:rsidR="005419A4" w:rsidRPr="005419A4" w:rsidRDefault="005419A4" w:rsidP="005419A4">
      <w:pPr>
        <w:pStyle w:val="Paragraphedeliste"/>
        <w:tabs>
          <w:tab w:val="right" w:pos="9340"/>
        </w:tabs>
        <w:ind w:left="567"/>
        <w:rPr>
          <w:rFonts w:ascii="Abadi" w:hAnsi="Abadi" w:cs="Calibri Light"/>
          <w:bCs/>
          <w:sz w:val="24"/>
          <w:szCs w:val="24"/>
          <w:lang w:val="fr-CA"/>
        </w:rPr>
      </w:pPr>
      <w:r>
        <w:rPr>
          <w:rFonts w:ascii="Abadi" w:hAnsi="Abadi" w:cs="Calibri Light"/>
          <w:bCs/>
          <w:sz w:val="24"/>
          <w:szCs w:val="24"/>
          <w:lang w:val="fr-CA"/>
        </w:rPr>
        <w:t xml:space="preserve">* </w:t>
      </w:r>
      <w:r w:rsidRPr="005419A4">
        <w:rPr>
          <w:rFonts w:ascii="Abadi" w:hAnsi="Abadi" w:cs="Calibri Light"/>
          <w:bCs/>
          <w:sz w:val="24"/>
          <w:szCs w:val="24"/>
          <w:lang w:val="fr-CA"/>
        </w:rPr>
        <w:t>Donc: se pencher sur les résultats du sondage et améliorer la Cantine pour Tous</w:t>
      </w:r>
      <w:r>
        <w:rPr>
          <w:rFonts w:ascii="Abadi" w:hAnsi="Abadi" w:cs="Calibri Light"/>
          <w:bCs/>
          <w:sz w:val="24"/>
          <w:szCs w:val="24"/>
          <w:lang w:val="fr-CA"/>
        </w:rPr>
        <w:t>.</w:t>
      </w:r>
    </w:p>
    <w:p w14:paraId="39F32A3B" w14:textId="3688093D" w:rsidR="005419A4" w:rsidRDefault="005419A4" w:rsidP="005419A4">
      <w:pPr>
        <w:pStyle w:val="Paragraphedeliste"/>
        <w:tabs>
          <w:tab w:val="right" w:pos="9340"/>
        </w:tabs>
        <w:ind w:left="567"/>
        <w:rPr>
          <w:rFonts w:ascii="Abadi" w:hAnsi="Abadi" w:cs="Calibri Light"/>
          <w:bCs/>
          <w:sz w:val="24"/>
          <w:szCs w:val="24"/>
          <w:lang w:val="fr-CA"/>
        </w:rPr>
      </w:pPr>
      <w:r>
        <w:rPr>
          <w:rFonts w:ascii="Abadi" w:hAnsi="Abadi" w:cs="Calibri Light"/>
          <w:bCs/>
          <w:sz w:val="24"/>
          <w:szCs w:val="24"/>
          <w:lang w:val="fr-CA"/>
        </w:rPr>
        <w:t xml:space="preserve">* </w:t>
      </w:r>
      <w:r w:rsidRPr="005419A4">
        <w:rPr>
          <w:rFonts w:ascii="Abadi" w:hAnsi="Abadi" w:cs="Calibri Light"/>
          <w:bCs/>
          <w:sz w:val="24"/>
          <w:szCs w:val="24"/>
          <w:lang w:val="fr-CA"/>
        </w:rPr>
        <w:t>Pas de comité nécessaire</w:t>
      </w:r>
    </w:p>
    <w:p w14:paraId="5BF6355E" w14:textId="663B4FC3" w:rsidR="00156DDF" w:rsidRPr="005419A4" w:rsidRDefault="00156DDF" w:rsidP="005419A4">
      <w:pPr>
        <w:pStyle w:val="Paragraphedeliste"/>
        <w:tabs>
          <w:tab w:val="right" w:pos="9340"/>
        </w:tabs>
        <w:ind w:left="567"/>
        <w:rPr>
          <w:rFonts w:ascii="Abadi" w:hAnsi="Abadi" w:cs="Calibri Light"/>
          <w:bCs/>
          <w:sz w:val="24"/>
          <w:szCs w:val="24"/>
          <w:lang w:val="fr-CA"/>
        </w:rPr>
      </w:pPr>
      <w:r>
        <w:rPr>
          <w:rFonts w:ascii="Abadi" w:hAnsi="Abadi" w:cs="Calibri Light"/>
          <w:bCs/>
          <w:sz w:val="24"/>
          <w:szCs w:val="24"/>
          <w:lang w:val="fr-CA"/>
        </w:rPr>
        <w:t>Proposé par Geneviève Gauthier, appuyé par Mathieu Rinaldi</w:t>
      </w:r>
    </w:p>
    <w:p w14:paraId="78066241" w14:textId="35AFEF45" w:rsidR="00156DDF" w:rsidRDefault="00156DDF" w:rsidP="00156DDF">
      <w:pPr>
        <w:pStyle w:val="Paragraphedeliste"/>
        <w:tabs>
          <w:tab w:val="right" w:pos="9340"/>
        </w:tabs>
        <w:spacing w:after="0" w:line="360" w:lineRule="auto"/>
        <w:ind w:left="567"/>
        <w:rPr>
          <w:rFonts w:ascii="Abadi" w:hAnsi="Abadi" w:cs="Calibri Light"/>
          <w:b/>
          <w:sz w:val="24"/>
          <w:szCs w:val="24"/>
          <w:lang w:val="fr-CA"/>
        </w:rPr>
      </w:pPr>
      <w:r w:rsidRPr="00E71185">
        <w:rPr>
          <w:rFonts w:ascii="Abadi" w:hAnsi="Abadi" w:cs="Calibri Light"/>
          <w:b/>
          <w:sz w:val="24"/>
          <w:szCs w:val="24"/>
          <w:lang w:val="fr-CA"/>
        </w:rPr>
        <w:t>CE 25-26/01</w:t>
      </w:r>
      <w:r>
        <w:rPr>
          <w:rFonts w:ascii="Abadi" w:hAnsi="Abadi" w:cs="Calibri Light"/>
          <w:b/>
          <w:sz w:val="24"/>
          <w:szCs w:val="24"/>
          <w:lang w:val="fr-CA"/>
        </w:rPr>
        <w:t>6</w:t>
      </w:r>
      <w:r w:rsidRPr="00E71185">
        <w:rPr>
          <w:rFonts w:ascii="Abadi" w:hAnsi="Abadi" w:cs="Calibri Light"/>
          <w:b/>
          <w:sz w:val="24"/>
          <w:szCs w:val="24"/>
          <w:lang w:val="fr-CA"/>
        </w:rPr>
        <w:t xml:space="preserve"> : Il est proposé et appuyé d’adopter </w:t>
      </w:r>
      <w:r>
        <w:rPr>
          <w:rFonts w:ascii="Abadi" w:hAnsi="Abadi" w:cs="Calibri Light"/>
          <w:b/>
          <w:sz w:val="24"/>
          <w:szCs w:val="24"/>
          <w:lang w:val="fr-CA"/>
        </w:rPr>
        <w:t xml:space="preserve">de </w:t>
      </w:r>
      <w:r w:rsidR="00A7047B">
        <w:rPr>
          <w:rFonts w:ascii="Abadi" w:hAnsi="Abadi" w:cs="Calibri Light"/>
          <w:b/>
          <w:sz w:val="24"/>
          <w:szCs w:val="24"/>
          <w:lang w:val="fr-CA"/>
        </w:rPr>
        <w:t xml:space="preserve">ne pas </w:t>
      </w:r>
      <w:r>
        <w:rPr>
          <w:rFonts w:ascii="Abadi" w:hAnsi="Abadi" w:cs="Calibri Light"/>
          <w:b/>
          <w:sz w:val="24"/>
          <w:szCs w:val="24"/>
          <w:lang w:val="fr-CA"/>
        </w:rPr>
        <w:t xml:space="preserve">créer </w:t>
      </w:r>
      <w:r w:rsidR="00A7047B">
        <w:rPr>
          <w:rFonts w:ascii="Abadi" w:hAnsi="Abadi" w:cs="Calibri Light"/>
          <w:b/>
          <w:sz w:val="24"/>
          <w:szCs w:val="24"/>
          <w:lang w:val="fr-CA"/>
        </w:rPr>
        <w:t>de</w:t>
      </w:r>
      <w:r>
        <w:rPr>
          <w:rFonts w:ascii="Abadi" w:hAnsi="Abadi" w:cs="Calibri Light"/>
          <w:b/>
          <w:sz w:val="24"/>
          <w:szCs w:val="24"/>
          <w:lang w:val="fr-CA"/>
        </w:rPr>
        <w:t xml:space="preserve"> comité </w:t>
      </w:r>
      <w:r w:rsidR="00A7047B">
        <w:rPr>
          <w:rFonts w:ascii="Abadi" w:hAnsi="Abadi" w:cs="Calibri Light"/>
          <w:b/>
          <w:sz w:val="24"/>
          <w:szCs w:val="24"/>
          <w:lang w:val="fr-CA"/>
        </w:rPr>
        <w:t>traiteur</w:t>
      </w:r>
      <w:r>
        <w:rPr>
          <w:rFonts w:ascii="Abadi" w:hAnsi="Abadi" w:cs="Calibri Light"/>
          <w:b/>
          <w:sz w:val="24"/>
          <w:szCs w:val="24"/>
          <w:lang w:val="fr-CA"/>
        </w:rPr>
        <w:t>.</w:t>
      </w:r>
    </w:p>
    <w:p w14:paraId="27F45173" w14:textId="77777777" w:rsidR="00156DDF" w:rsidRDefault="00156DDF" w:rsidP="00156DDF">
      <w:pPr>
        <w:pStyle w:val="Paragraphedeliste"/>
        <w:tabs>
          <w:tab w:val="right" w:pos="9340"/>
        </w:tabs>
        <w:ind w:left="567"/>
        <w:rPr>
          <w:rFonts w:ascii="Abadi" w:hAnsi="Abadi" w:cs="Calibri Light"/>
          <w:bCs/>
          <w:sz w:val="24"/>
          <w:szCs w:val="24"/>
          <w:lang w:val="fr-CA"/>
        </w:rPr>
      </w:pPr>
    </w:p>
    <w:p w14:paraId="178E73DE" w14:textId="77777777" w:rsidR="00E71185" w:rsidRDefault="00E71185" w:rsidP="006554BA">
      <w:pPr>
        <w:pStyle w:val="Paragraphedeliste"/>
        <w:tabs>
          <w:tab w:val="right" w:pos="9340"/>
        </w:tabs>
        <w:spacing w:after="0" w:line="360" w:lineRule="auto"/>
        <w:ind w:left="567"/>
        <w:rPr>
          <w:rFonts w:ascii="Abadi" w:hAnsi="Abadi" w:cs="Calibri Light"/>
          <w:b/>
          <w:sz w:val="24"/>
          <w:szCs w:val="24"/>
          <w:lang w:val="fr-CA"/>
        </w:rPr>
      </w:pPr>
    </w:p>
    <w:p w14:paraId="43908917" w14:textId="77777777" w:rsidR="00E71185" w:rsidRPr="00E71185" w:rsidRDefault="00E71185" w:rsidP="006554BA">
      <w:pPr>
        <w:pStyle w:val="Paragraphedeliste"/>
        <w:tabs>
          <w:tab w:val="right" w:pos="9340"/>
        </w:tabs>
        <w:spacing w:after="0" w:line="360" w:lineRule="auto"/>
        <w:ind w:left="567"/>
        <w:rPr>
          <w:rFonts w:ascii="Abadi" w:hAnsi="Abadi" w:cs="Helvetica"/>
          <w:sz w:val="24"/>
          <w:szCs w:val="24"/>
          <w:lang w:val="fr-CA"/>
        </w:rPr>
      </w:pPr>
    </w:p>
    <w:p w14:paraId="3D870623" w14:textId="77777777" w:rsidR="006554BA" w:rsidRPr="00E71185" w:rsidRDefault="006554BA" w:rsidP="006554BA">
      <w:pPr>
        <w:widowControl w:val="0"/>
        <w:numPr>
          <w:ilvl w:val="0"/>
          <w:numId w:val="16"/>
        </w:numPr>
        <w:pBdr>
          <w:top w:val="nil"/>
          <w:left w:val="nil"/>
          <w:bottom w:val="nil"/>
          <w:right w:val="nil"/>
          <w:between w:val="nil"/>
          <w:bar w:val="nil"/>
        </w:pBdr>
        <w:spacing w:after="0" w:line="360" w:lineRule="auto"/>
        <w:jc w:val="both"/>
        <w:rPr>
          <w:rFonts w:ascii="Abadi" w:hAnsi="Abadi" w:cs="Helvetica"/>
          <w:sz w:val="24"/>
          <w:szCs w:val="24"/>
        </w:rPr>
      </w:pPr>
      <w:r w:rsidRPr="00E71185">
        <w:rPr>
          <w:rFonts w:ascii="Abadi" w:hAnsi="Abadi" w:cs="Helvetica"/>
          <w:sz w:val="24"/>
          <w:szCs w:val="24"/>
          <w:u w:color="6D6D6D"/>
        </w:rPr>
        <w:lastRenderedPageBreak/>
        <w:t xml:space="preserve">Rapports et </w:t>
      </w:r>
      <w:proofErr w:type="spellStart"/>
      <w:r w:rsidRPr="00E71185">
        <w:rPr>
          <w:rFonts w:ascii="Abadi" w:hAnsi="Abadi" w:cs="Helvetica"/>
          <w:sz w:val="24"/>
          <w:szCs w:val="24"/>
          <w:u w:color="6D6D6D"/>
        </w:rPr>
        <w:t>informations</w:t>
      </w:r>
      <w:proofErr w:type="spellEnd"/>
      <w:r w:rsidRPr="00E71185">
        <w:rPr>
          <w:rFonts w:ascii="Abadi" w:hAnsi="Abadi" w:cs="Helvetica"/>
          <w:sz w:val="24"/>
          <w:szCs w:val="24"/>
          <w:u w:color="6D6D6D"/>
        </w:rPr>
        <w:tab/>
        <w:t>25 minutes</w:t>
      </w:r>
    </w:p>
    <w:p w14:paraId="00034163" w14:textId="77777777" w:rsidR="006554BA" w:rsidRPr="00156DDF" w:rsidRDefault="006554BA" w:rsidP="006554BA">
      <w:pPr>
        <w:widowControl w:val="0"/>
        <w:numPr>
          <w:ilvl w:val="1"/>
          <w:numId w:val="16"/>
        </w:numPr>
        <w:pBdr>
          <w:top w:val="nil"/>
          <w:left w:val="nil"/>
          <w:bottom w:val="nil"/>
          <w:right w:val="nil"/>
          <w:between w:val="nil"/>
          <w:bar w:val="nil"/>
        </w:pBdr>
        <w:spacing w:after="0" w:line="360" w:lineRule="auto"/>
        <w:jc w:val="both"/>
        <w:rPr>
          <w:rFonts w:ascii="Abadi" w:hAnsi="Abadi" w:cs="Helvetica"/>
          <w:sz w:val="24"/>
          <w:szCs w:val="24"/>
        </w:rPr>
      </w:pPr>
      <w:r w:rsidRPr="00E71185">
        <w:rPr>
          <w:rFonts w:ascii="Abadi" w:hAnsi="Abadi" w:cs="Helvetica"/>
          <w:sz w:val="24"/>
          <w:szCs w:val="24"/>
          <w:u w:color="6D6D6D"/>
        </w:rPr>
        <w:t xml:space="preserve">Direction (plan critique) </w:t>
      </w:r>
    </w:p>
    <w:p w14:paraId="62BBFF3E" w14:textId="0D4A721C" w:rsidR="00156DDF" w:rsidRPr="00156DDF" w:rsidRDefault="00156DDF"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lang w:val="fr-CA"/>
        </w:rPr>
      </w:pPr>
      <w:r w:rsidRPr="00156DDF">
        <w:rPr>
          <w:rFonts w:ascii="Helvetica" w:hAnsi="Helvetica" w:cs="Helvetica"/>
          <w:lang w:val="fr-CA"/>
        </w:rPr>
        <w:t>Plan de conservation d’activités critiques (cyberattaque</w:t>
      </w:r>
      <w:r w:rsidR="00A7047B">
        <w:rPr>
          <w:rFonts w:ascii="Helvetica" w:hAnsi="Helvetica" w:cs="Helvetica"/>
          <w:lang w:val="fr-CA"/>
        </w:rPr>
        <w:t xml:space="preserve"> ou panne à grande échelle du réseau informatique du CSSMB</w:t>
      </w:r>
    </w:p>
    <w:p w14:paraId="613BE4CF" w14:textId="67D88E79" w:rsidR="00156DDF" w:rsidRPr="00156DDF" w:rsidRDefault="00156DDF"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lang w:val="fr-CA"/>
        </w:rPr>
      </w:pPr>
      <w:r w:rsidRPr="00156DDF">
        <w:rPr>
          <w:rFonts w:ascii="Helvetica" w:hAnsi="Helvetica" w:cs="Helvetica"/>
          <w:lang w:val="fr-CA"/>
        </w:rPr>
        <w:t>En cas de panne (cyber-attaque ou autre), on décalerai</w:t>
      </w:r>
      <w:r w:rsidR="00A7047B">
        <w:rPr>
          <w:rFonts w:ascii="Helvetica" w:hAnsi="Helvetica" w:cs="Helvetica"/>
          <w:lang w:val="fr-CA"/>
        </w:rPr>
        <w:t>t</w:t>
      </w:r>
      <w:r w:rsidRPr="00156DDF">
        <w:rPr>
          <w:rFonts w:ascii="Helvetica" w:hAnsi="Helvetica" w:cs="Helvetica"/>
          <w:lang w:val="fr-CA"/>
        </w:rPr>
        <w:t xml:space="preserve"> une journée pédago pour permettre à l’équipe-école de s’organiser au jour 1 de la panne</w:t>
      </w:r>
    </w:p>
    <w:p w14:paraId="51C5B9A2" w14:textId="72F583A2" w:rsidR="00156DDF" w:rsidRPr="00A7047B" w:rsidRDefault="00A7047B"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lang w:val="fr-CA"/>
        </w:rPr>
      </w:pPr>
      <w:r>
        <w:rPr>
          <w:rFonts w:ascii="Helvetica" w:hAnsi="Helvetica" w:cs="Helvetica"/>
          <w:lang w:val="fr-CA"/>
        </w:rPr>
        <w:t xml:space="preserve">Proposé par </w:t>
      </w:r>
      <w:r w:rsidR="00156DDF" w:rsidRPr="00A7047B">
        <w:rPr>
          <w:rFonts w:ascii="Helvetica" w:hAnsi="Helvetica" w:cs="Helvetica"/>
          <w:lang w:val="fr-CA"/>
        </w:rPr>
        <w:t xml:space="preserve">Mme Geneviève </w:t>
      </w:r>
      <w:r>
        <w:rPr>
          <w:rFonts w:ascii="Helvetica" w:hAnsi="Helvetica" w:cs="Helvetica"/>
          <w:lang w:val="fr-CA"/>
        </w:rPr>
        <w:t>Gauthier et appuyé par</w:t>
      </w:r>
      <w:r w:rsidR="00156DDF" w:rsidRPr="00A7047B">
        <w:rPr>
          <w:rFonts w:ascii="Helvetica" w:hAnsi="Helvetica" w:cs="Helvetica"/>
          <w:lang w:val="fr-CA"/>
        </w:rPr>
        <w:t xml:space="preserve"> Mme Véronique</w:t>
      </w:r>
      <w:r>
        <w:rPr>
          <w:rFonts w:ascii="Helvetica" w:hAnsi="Helvetica" w:cs="Helvetica"/>
          <w:lang w:val="fr-CA"/>
        </w:rPr>
        <w:t xml:space="preserve"> Matteau</w:t>
      </w:r>
    </w:p>
    <w:p w14:paraId="7EBAC818" w14:textId="086C36C4" w:rsidR="00A7047B" w:rsidRDefault="00A7047B" w:rsidP="00A7047B">
      <w:pPr>
        <w:pStyle w:val="Paragraphedeliste"/>
        <w:tabs>
          <w:tab w:val="right" w:pos="9340"/>
        </w:tabs>
        <w:spacing w:after="0" w:line="360" w:lineRule="auto"/>
        <w:ind w:left="567"/>
        <w:rPr>
          <w:rFonts w:ascii="Abadi" w:hAnsi="Abadi" w:cs="Calibri Light"/>
          <w:b/>
          <w:sz w:val="24"/>
          <w:szCs w:val="24"/>
          <w:lang w:val="fr-CA"/>
        </w:rPr>
      </w:pPr>
      <w:r w:rsidRPr="00E71185">
        <w:rPr>
          <w:rFonts w:ascii="Abadi" w:hAnsi="Abadi" w:cs="Calibri Light"/>
          <w:b/>
          <w:sz w:val="24"/>
          <w:szCs w:val="24"/>
          <w:lang w:val="fr-CA"/>
        </w:rPr>
        <w:t>CE 25-26/01</w:t>
      </w:r>
      <w:r>
        <w:rPr>
          <w:rFonts w:ascii="Abadi" w:hAnsi="Abadi" w:cs="Calibri Light"/>
          <w:b/>
          <w:sz w:val="24"/>
          <w:szCs w:val="24"/>
          <w:lang w:val="fr-CA"/>
        </w:rPr>
        <w:t>7</w:t>
      </w:r>
      <w:r w:rsidRPr="00E71185">
        <w:rPr>
          <w:rFonts w:ascii="Abadi" w:hAnsi="Abadi" w:cs="Calibri Light"/>
          <w:b/>
          <w:sz w:val="24"/>
          <w:szCs w:val="24"/>
          <w:lang w:val="fr-CA"/>
        </w:rPr>
        <w:t xml:space="preserve"> : Il est proposé et appuyé </w:t>
      </w:r>
      <w:r>
        <w:rPr>
          <w:rFonts w:ascii="Abadi" w:hAnsi="Abadi" w:cs="Calibri Light"/>
          <w:b/>
          <w:sz w:val="24"/>
          <w:szCs w:val="24"/>
          <w:lang w:val="fr-CA"/>
        </w:rPr>
        <w:t>de procéder à une modification de calendrier scolaire en cas de panne généralisée</w:t>
      </w:r>
      <w:r>
        <w:rPr>
          <w:rFonts w:ascii="Abadi" w:hAnsi="Abadi" w:cs="Calibri Light"/>
          <w:b/>
          <w:sz w:val="24"/>
          <w:szCs w:val="24"/>
          <w:lang w:val="fr-CA"/>
        </w:rPr>
        <w:t>.</w:t>
      </w:r>
    </w:p>
    <w:p w14:paraId="7EA67B14" w14:textId="77777777" w:rsidR="00A7047B" w:rsidRDefault="00A7047B" w:rsidP="00A7047B">
      <w:pPr>
        <w:widowControl w:val="0"/>
        <w:pBdr>
          <w:top w:val="nil"/>
          <w:left w:val="nil"/>
          <w:bottom w:val="nil"/>
          <w:right w:val="nil"/>
          <w:between w:val="nil"/>
          <w:bar w:val="nil"/>
        </w:pBdr>
        <w:spacing w:after="0" w:line="360" w:lineRule="auto"/>
        <w:jc w:val="both"/>
        <w:rPr>
          <w:rFonts w:ascii="Abadi" w:hAnsi="Abadi" w:cs="Helvetica"/>
          <w:sz w:val="24"/>
          <w:szCs w:val="24"/>
          <w:lang w:val="fr-CA"/>
        </w:rPr>
      </w:pPr>
      <w:r>
        <w:rPr>
          <w:rFonts w:ascii="Abadi" w:hAnsi="Abadi" w:cs="Helvetica"/>
          <w:sz w:val="24"/>
          <w:szCs w:val="24"/>
          <w:lang w:val="fr-CA"/>
        </w:rPr>
        <w:t xml:space="preserve">        </w:t>
      </w:r>
    </w:p>
    <w:p w14:paraId="475B6300" w14:textId="7B8B3954" w:rsidR="00A7047B" w:rsidRPr="00A7047B" w:rsidRDefault="00A7047B" w:rsidP="00A7047B">
      <w:pPr>
        <w:widowControl w:val="0"/>
        <w:pBdr>
          <w:top w:val="nil"/>
          <w:left w:val="nil"/>
          <w:bottom w:val="nil"/>
          <w:right w:val="nil"/>
          <w:between w:val="nil"/>
          <w:bar w:val="nil"/>
        </w:pBdr>
        <w:spacing w:after="0" w:line="360" w:lineRule="auto"/>
        <w:ind w:left="567"/>
        <w:jc w:val="both"/>
        <w:rPr>
          <w:rFonts w:ascii="Abadi" w:hAnsi="Abadi" w:cs="Helvetica"/>
          <w:sz w:val="24"/>
          <w:szCs w:val="24"/>
          <w:lang w:val="fr-CA"/>
        </w:rPr>
      </w:pPr>
      <w:r w:rsidRPr="00A7047B">
        <w:rPr>
          <w:rFonts w:ascii="Abadi" w:hAnsi="Abadi" w:cs="Helvetica"/>
          <w:sz w:val="24"/>
          <w:szCs w:val="24"/>
          <w:lang w:val="fr-CA"/>
        </w:rPr>
        <w:t xml:space="preserve">Plaque de la biblio est arrivée: Bibliothèque Roxane Adam à corriger pour </w:t>
      </w:r>
      <w:r>
        <w:rPr>
          <w:rFonts w:ascii="Abadi" w:hAnsi="Abadi" w:cs="Helvetica"/>
          <w:sz w:val="24"/>
          <w:szCs w:val="24"/>
          <w:lang w:val="fr-CA"/>
        </w:rPr>
        <w:t xml:space="preserve">        </w:t>
      </w:r>
      <w:r w:rsidRPr="00A7047B">
        <w:rPr>
          <w:rFonts w:ascii="Abadi" w:hAnsi="Abadi" w:cs="Helvetica"/>
          <w:sz w:val="24"/>
          <w:szCs w:val="24"/>
          <w:lang w:val="fr-CA"/>
        </w:rPr>
        <w:t>Roxane-Adam</w:t>
      </w:r>
    </w:p>
    <w:p w14:paraId="17F1D915" w14:textId="066F6052" w:rsidR="00A7047B" w:rsidRPr="00A7047B" w:rsidRDefault="00A7047B" w:rsidP="00A7047B">
      <w:pPr>
        <w:widowControl w:val="0"/>
        <w:pBdr>
          <w:top w:val="nil"/>
          <w:left w:val="nil"/>
          <w:bottom w:val="nil"/>
          <w:right w:val="nil"/>
          <w:between w:val="nil"/>
          <w:bar w:val="nil"/>
        </w:pBdr>
        <w:spacing w:after="0" w:line="360" w:lineRule="auto"/>
        <w:jc w:val="both"/>
        <w:rPr>
          <w:rFonts w:ascii="Abadi" w:hAnsi="Abadi" w:cs="Helvetica"/>
          <w:sz w:val="24"/>
          <w:szCs w:val="24"/>
          <w:lang w:val="fr-CA"/>
        </w:rPr>
      </w:pPr>
      <w:r>
        <w:rPr>
          <w:rFonts w:ascii="Abadi" w:hAnsi="Abadi" w:cs="Helvetica"/>
          <w:sz w:val="24"/>
          <w:szCs w:val="24"/>
          <w:lang w:val="fr-CA"/>
        </w:rPr>
        <w:t xml:space="preserve">        </w:t>
      </w:r>
      <w:r w:rsidRPr="00A7047B">
        <w:rPr>
          <w:rFonts w:ascii="Abadi" w:hAnsi="Abadi" w:cs="Helvetica"/>
          <w:sz w:val="24"/>
          <w:szCs w:val="24"/>
          <w:lang w:val="fr-CA"/>
        </w:rPr>
        <w:t>Date de l’inauguration à décider (décembre)</w:t>
      </w:r>
    </w:p>
    <w:p w14:paraId="2B583C8B" w14:textId="77777777" w:rsidR="00156DDF" w:rsidRPr="00A7047B" w:rsidRDefault="00156DDF" w:rsidP="00156DDF">
      <w:pPr>
        <w:widowControl w:val="0"/>
        <w:pBdr>
          <w:top w:val="nil"/>
          <w:left w:val="nil"/>
          <w:bottom w:val="nil"/>
          <w:right w:val="nil"/>
          <w:between w:val="nil"/>
          <w:bar w:val="nil"/>
        </w:pBdr>
        <w:spacing w:after="0" w:line="360" w:lineRule="auto"/>
        <w:ind w:left="792"/>
        <w:jc w:val="both"/>
        <w:rPr>
          <w:rFonts w:ascii="Abadi" w:hAnsi="Abadi" w:cs="Helvetica"/>
          <w:sz w:val="24"/>
          <w:szCs w:val="24"/>
          <w:lang w:val="fr-CA"/>
        </w:rPr>
      </w:pPr>
    </w:p>
    <w:p w14:paraId="17F0302F" w14:textId="77777777" w:rsidR="006554BA" w:rsidRPr="00A7047B" w:rsidRDefault="006554BA" w:rsidP="006554BA">
      <w:pPr>
        <w:widowControl w:val="0"/>
        <w:numPr>
          <w:ilvl w:val="1"/>
          <w:numId w:val="16"/>
        </w:numPr>
        <w:pBdr>
          <w:top w:val="nil"/>
          <w:left w:val="nil"/>
          <w:bottom w:val="nil"/>
          <w:right w:val="nil"/>
          <w:between w:val="nil"/>
          <w:bar w:val="nil"/>
        </w:pBdr>
        <w:spacing w:after="0" w:line="360" w:lineRule="auto"/>
        <w:jc w:val="both"/>
        <w:rPr>
          <w:rFonts w:ascii="Abadi" w:hAnsi="Abadi" w:cs="Helvetica"/>
          <w:sz w:val="24"/>
          <w:szCs w:val="24"/>
        </w:rPr>
      </w:pPr>
      <w:proofErr w:type="spellStart"/>
      <w:r w:rsidRPr="00E71185">
        <w:rPr>
          <w:rFonts w:ascii="Abadi" w:hAnsi="Abadi" w:cs="Helvetica"/>
          <w:sz w:val="24"/>
          <w:szCs w:val="24"/>
          <w:u w:color="6D6D6D"/>
        </w:rPr>
        <w:t>Enseignants</w:t>
      </w:r>
      <w:proofErr w:type="spellEnd"/>
    </w:p>
    <w:p w14:paraId="731DADE3" w14:textId="77777777" w:rsidR="00A7047B" w:rsidRPr="00A7047B" w:rsidRDefault="00A7047B"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lang w:val="fr-CA"/>
        </w:rPr>
      </w:pPr>
      <w:proofErr w:type="spellStart"/>
      <w:r w:rsidRPr="00A7047B">
        <w:rPr>
          <w:rFonts w:ascii="Helvetica" w:hAnsi="Helvetica" w:cs="Helvetica"/>
          <w:lang w:val="fr-CA"/>
        </w:rPr>
        <w:t>Présco</w:t>
      </w:r>
      <w:proofErr w:type="spellEnd"/>
      <w:r w:rsidRPr="00A7047B">
        <w:rPr>
          <w:rFonts w:ascii="Helvetica" w:hAnsi="Helvetica" w:cs="Helvetica"/>
          <w:lang w:val="fr-CA"/>
        </w:rPr>
        <w:t>: activités intégrées planifiées mais pas de changement p/r au document (tortue berlue…)</w:t>
      </w:r>
    </w:p>
    <w:p w14:paraId="54A4DDBE" w14:textId="77777777" w:rsidR="00A7047B" w:rsidRPr="00A7047B" w:rsidRDefault="00A7047B"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rPr>
      </w:pPr>
      <w:proofErr w:type="spellStart"/>
      <w:r w:rsidRPr="00A7047B">
        <w:rPr>
          <w:rFonts w:ascii="Helvetica" w:hAnsi="Helvetica" w:cs="Helvetica"/>
        </w:rPr>
        <w:t>Scolaire</w:t>
      </w:r>
      <w:proofErr w:type="spellEnd"/>
      <w:r w:rsidRPr="00A7047B">
        <w:rPr>
          <w:rFonts w:ascii="Helvetica" w:hAnsi="Helvetica" w:cs="Helvetica"/>
        </w:rPr>
        <w:t xml:space="preserve">: </w:t>
      </w:r>
      <w:proofErr w:type="spellStart"/>
      <w:r w:rsidRPr="00A7047B">
        <w:rPr>
          <w:rFonts w:ascii="Helvetica" w:hAnsi="Helvetica" w:cs="Helvetica"/>
        </w:rPr>
        <w:t>Activités</w:t>
      </w:r>
      <w:proofErr w:type="spellEnd"/>
      <w:r w:rsidRPr="00A7047B">
        <w:rPr>
          <w:rFonts w:ascii="Helvetica" w:hAnsi="Helvetica" w:cs="Helvetica"/>
        </w:rPr>
        <w:t xml:space="preserve"> </w:t>
      </w:r>
      <w:proofErr w:type="spellStart"/>
      <w:r w:rsidRPr="00A7047B">
        <w:rPr>
          <w:rFonts w:ascii="Helvetica" w:hAnsi="Helvetica" w:cs="Helvetica"/>
        </w:rPr>
        <w:t>scientifiques</w:t>
      </w:r>
      <w:proofErr w:type="spellEnd"/>
      <w:r w:rsidRPr="00A7047B">
        <w:rPr>
          <w:rFonts w:ascii="Helvetica" w:hAnsi="Helvetica" w:cs="Helvetica"/>
        </w:rPr>
        <w:t xml:space="preserve"> et </w:t>
      </w:r>
      <w:proofErr w:type="spellStart"/>
      <w:r w:rsidRPr="00A7047B">
        <w:rPr>
          <w:rFonts w:ascii="Helvetica" w:hAnsi="Helvetica" w:cs="Helvetica"/>
        </w:rPr>
        <w:t>illustratrice</w:t>
      </w:r>
      <w:proofErr w:type="spellEnd"/>
    </w:p>
    <w:p w14:paraId="53DBA634" w14:textId="77777777" w:rsidR="00A7047B" w:rsidRPr="00A7047B" w:rsidRDefault="00A7047B"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lang w:val="fr-CA"/>
        </w:rPr>
      </w:pPr>
      <w:r w:rsidRPr="00A7047B">
        <w:rPr>
          <w:rFonts w:ascii="Helvetica" w:hAnsi="Helvetica" w:cs="Helvetica"/>
          <w:lang w:val="fr-CA"/>
        </w:rPr>
        <w:t>Fin de 1ere étape, bulletin jeudi, rencontre parents</w:t>
      </w:r>
    </w:p>
    <w:p w14:paraId="2C83ED1D" w14:textId="77777777" w:rsidR="00A7047B" w:rsidRPr="00A7047B" w:rsidRDefault="00A7047B"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lang w:val="fr-CA"/>
        </w:rPr>
      </w:pPr>
      <w:r w:rsidRPr="00A7047B">
        <w:rPr>
          <w:rFonts w:ascii="Helvetica" w:hAnsi="Helvetica" w:cs="Helvetica"/>
          <w:lang w:val="fr-CA"/>
        </w:rPr>
        <w:t xml:space="preserve">Spécialistes: Musique chorale en préparation, invitation à chanter le 5 </w:t>
      </w:r>
      <w:proofErr w:type="spellStart"/>
      <w:r w:rsidRPr="00A7047B">
        <w:rPr>
          <w:rFonts w:ascii="Helvetica" w:hAnsi="Helvetica" w:cs="Helvetica"/>
          <w:lang w:val="fr-CA"/>
        </w:rPr>
        <w:t>déc</w:t>
      </w:r>
      <w:proofErr w:type="spellEnd"/>
      <w:r w:rsidRPr="00A7047B">
        <w:rPr>
          <w:rFonts w:ascii="Helvetica" w:hAnsi="Helvetica" w:cs="Helvetica"/>
          <w:lang w:val="fr-CA"/>
        </w:rPr>
        <w:t xml:space="preserve"> au Thé Jouet et le 14 </w:t>
      </w:r>
      <w:proofErr w:type="spellStart"/>
      <w:r w:rsidRPr="00A7047B">
        <w:rPr>
          <w:rFonts w:ascii="Helvetica" w:hAnsi="Helvetica" w:cs="Helvetica"/>
          <w:lang w:val="fr-CA"/>
        </w:rPr>
        <w:t>déc</w:t>
      </w:r>
      <w:proofErr w:type="spellEnd"/>
      <w:r w:rsidRPr="00A7047B">
        <w:rPr>
          <w:rFonts w:ascii="Helvetica" w:hAnsi="Helvetica" w:cs="Helvetica"/>
          <w:lang w:val="fr-CA"/>
        </w:rPr>
        <w:t xml:space="preserve"> au marché de Noël et le 15 </w:t>
      </w:r>
      <w:proofErr w:type="spellStart"/>
      <w:r w:rsidRPr="00A7047B">
        <w:rPr>
          <w:rFonts w:ascii="Helvetica" w:hAnsi="Helvetica" w:cs="Helvetica"/>
          <w:lang w:val="fr-CA"/>
        </w:rPr>
        <w:t>déc</w:t>
      </w:r>
      <w:proofErr w:type="spellEnd"/>
      <w:r w:rsidRPr="00A7047B">
        <w:rPr>
          <w:rFonts w:ascii="Helvetica" w:hAnsi="Helvetica" w:cs="Helvetica"/>
          <w:lang w:val="fr-CA"/>
        </w:rPr>
        <w:t xml:space="preserve"> à l’école</w:t>
      </w:r>
    </w:p>
    <w:p w14:paraId="5C2C2B4E" w14:textId="77777777" w:rsidR="00A7047B" w:rsidRPr="00A7047B" w:rsidRDefault="00A7047B"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rPr>
      </w:pPr>
      <w:r w:rsidRPr="00A7047B">
        <w:rPr>
          <w:rFonts w:ascii="Helvetica" w:hAnsi="Helvetica" w:cs="Helvetica"/>
        </w:rPr>
        <w:t xml:space="preserve">TES tout </w:t>
      </w:r>
      <w:proofErr w:type="spellStart"/>
      <w:r w:rsidRPr="00A7047B">
        <w:rPr>
          <w:rFonts w:ascii="Helvetica" w:hAnsi="Helvetica" w:cs="Helvetica"/>
        </w:rPr>
        <w:t>va</w:t>
      </w:r>
      <w:proofErr w:type="spellEnd"/>
      <w:r w:rsidRPr="00A7047B">
        <w:rPr>
          <w:rFonts w:ascii="Helvetica" w:hAnsi="Helvetica" w:cs="Helvetica"/>
        </w:rPr>
        <w:t xml:space="preserve"> bien</w:t>
      </w:r>
    </w:p>
    <w:p w14:paraId="25862AE6" w14:textId="77777777" w:rsidR="00A7047B" w:rsidRPr="00A7047B" w:rsidRDefault="00A7047B"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lang w:val="fr-CA"/>
        </w:rPr>
      </w:pPr>
      <w:r w:rsidRPr="00A7047B">
        <w:rPr>
          <w:rFonts w:ascii="Helvetica" w:hAnsi="Helvetica" w:cs="Helvetica"/>
          <w:lang w:val="fr-CA"/>
        </w:rPr>
        <w:t xml:space="preserve">Sport mini-volley 3 équiper 13/14 victoires, hockey </w:t>
      </w:r>
      <w:proofErr w:type="spellStart"/>
      <w:r w:rsidRPr="00A7047B">
        <w:rPr>
          <w:rFonts w:ascii="Helvetica" w:hAnsi="Helvetica" w:cs="Helvetica"/>
          <w:lang w:val="fr-CA"/>
        </w:rPr>
        <w:t>cosum</w:t>
      </w:r>
      <w:proofErr w:type="spellEnd"/>
      <w:r w:rsidRPr="00A7047B">
        <w:rPr>
          <w:rFonts w:ascii="Helvetica" w:hAnsi="Helvetica" w:cs="Helvetica"/>
          <w:lang w:val="fr-CA"/>
        </w:rPr>
        <w:t xml:space="preserve"> 2 équipes</w:t>
      </w:r>
    </w:p>
    <w:p w14:paraId="2728920C" w14:textId="1AD8C150" w:rsidR="00A7047B" w:rsidRPr="00A7047B" w:rsidRDefault="00A7047B"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lang w:val="fr-CA"/>
        </w:rPr>
      </w:pPr>
      <w:r>
        <w:rPr>
          <w:rFonts w:ascii="Helvetica" w:hAnsi="Helvetica" w:cs="Helvetica"/>
          <w:lang w:val="fr-CA"/>
        </w:rPr>
        <w:t>L’équipe réfléchit à se doter d’un n</w:t>
      </w:r>
      <w:r w:rsidRPr="00A7047B">
        <w:rPr>
          <w:rFonts w:ascii="Helvetica" w:hAnsi="Helvetica" w:cs="Helvetica"/>
          <w:lang w:val="fr-CA"/>
        </w:rPr>
        <w:t xml:space="preserve">om </w:t>
      </w:r>
      <w:r>
        <w:rPr>
          <w:rFonts w:ascii="Helvetica" w:hAnsi="Helvetica" w:cs="Helvetica"/>
          <w:lang w:val="fr-CA"/>
        </w:rPr>
        <w:t>d’</w:t>
      </w:r>
      <w:r w:rsidRPr="00A7047B">
        <w:rPr>
          <w:rFonts w:ascii="Helvetica" w:hAnsi="Helvetica" w:cs="Helvetica"/>
          <w:lang w:val="fr-CA"/>
        </w:rPr>
        <w:t xml:space="preserve"> équipes de sport</w:t>
      </w:r>
    </w:p>
    <w:p w14:paraId="5A779DB1" w14:textId="77777777" w:rsidR="00A7047B" w:rsidRPr="00A7047B" w:rsidRDefault="00A7047B"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lang w:val="fr-CA"/>
        </w:rPr>
      </w:pPr>
    </w:p>
    <w:p w14:paraId="74753DE9" w14:textId="77777777" w:rsidR="006554BA" w:rsidRPr="00A7047B" w:rsidRDefault="006554BA" w:rsidP="006554BA">
      <w:pPr>
        <w:widowControl w:val="0"/>
        <w:numPr>
          <w:ilvl w:val="1"/>
          <w:numId w:val="16"/>
        </w:numPr>
        <w:pBdr>
          <w:top w:val="nil"/>
          <w:left w:val="nil"/>
          <w:bottom w:val="nil"/>
          <w:right w:val="nil"/>
          <w:between w:val="nil"/>
          <w:bar w:val="nil"/>
        </w:pBdr>
        <w:spacing w:after="0" w:line="360" w:lineRule="auto"/>
        <w:jc w:val="both"/>
        <w:rPr>
          <w:rFonts w:ascii="Abadi" w:hAnsi="Abadi" w:cs="Helvetica"/>
          <w:sz w:val="24"/>
          <w:szCs w:val="24"/>
        </w:rPr>
      </w:pPr>
      <w:r w:rsidRPr="00E71185">
        <w:rPr>
          <w:rFonts w:ascii="Abadi" w:hAnsi="Abadi" w:cs="Helvetica"/>
          <w:sz w:val="24"/>
          <w:szCs w:val="24"/>
          <w:u w:color="6D6D6D"/>
        </w:rPr>
        <w:t>Service de garde</w:t>
      </w:r>
    </w:p>
    <w:p w14:paraId="255CAABF" w14:textId="77777777" w:rsidR="00A7047B" w:rsidRPr="00A7047B" w:rsidRDefault="00A7047B"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lang w:val="fr-CA"/>
        </w:rPr>
      </w:pPr>
      <w:r w:rsidRPr="00A7047B">
        <w:rPr>
          <w:rFonts w:ascii="Helvetica" w:hAnsi="Helvetica" w:cs="Helvetica"/>
          <w:lang w:val="fr-CA"/>
        </w:rPr>
        <w:t xml:space="preserve">Hop </w:t>
      </w:r>
      <w:proofErr w:type="spellStart"/>
      <w:r w:rsidRPr="00A7047B">
        <w:rPr>
          <w:rFonts w:ascii="Helvetica" w:hAnsi="Helvetica" w:cs="Helvetica"/>
          <w:lang w:val="fr-CA"/>
        </w:rPr>
        <w:t>Hop</w:t>
      </w:r>
      <w:proofErr w:type="spellEnd"/>
      <w:r w:rsidRPr="00A7047B">
        <w:rPr>
          <w:rFonts w:ascii="Helvetica" w:hAnsi="Helvetica" w:cs="Helvetica"/>
          <w:lang w:val="fr-CA"/>
        </w:rPr>
        <w:t xml:space="preserve"> fonctionnel mais problèmes d’utilisation à l’école</w:t>
      </w:r>
    </w:p>
    <w:p w14:paraId="6F0F1C34" w14:textId="35D2658A" w:rsidR="00A7047B" w:rsidRPr="00A7047B" w:rsidRDefault="00A7047B"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lang w:val="fr-CA"/>
        </w:rPr>
      </w:pPr>
      <w:r w:rsidRPr="00A7047B">
        <w:rPr>
          <w:rFonts w:ascii="Helvetica" w:hAnsi="Helvetica" w:cs="Helvetica"/>
          <w:lang w:val="fr-CA"/>
        </w:rPr>
        <w:t>Activités pédagogiques</w:t>
      </w:r>
      <w:r w:rsidRPr="00A7047B">
        <w:rPr>
          <w:rFonts w:ascii="Helvetica" w:hAnsi="Helvetica" w:cs="Helvetica"/>
          <w:lang w:val="fr-CA"/>
        </w:rPr>
        <w:t>:</w:t>
      </w:r>
    </w:p>
    <w:p w14:paraId="31B9E749" w14:textId="24D2062E" w:rsidR="00A7047B" w:rsidRPr="00A7047B" w:rsidRDefault="00A7047B" w:rsidP="00A7047B">
      <w:pPr>
        <w:pStyle w:val="Paragraphedeliste"/>
        <w:widowControl w:val="0"/>
        <w:numPr>
          <w:ilvl w:val="0"/>
          <w:numId w:val="19"/>
        </w:numPr>
        <w:tabs>
          <w:tab w:val="left" w:pos="20"/>
          <w:tab w:val="left" w:pos="567"/>
          <w:tab w:val="left" w:pos="740"/>
          <w:tab w:val="right" w:pos="851"/>
        </w:tabs>
        <w:spacing w:after="0" w:line="360" w:lineRule="auto"/>
        <w:jc w:val="both"/>
        <w:rPr>
          <w:rFonts w:ascii="Helvetica" w:hAnsi="Helvetica" w:cs="Helvetica"/>
          <w:lang w:val="fr-CA"/>
        </w:rPr>
      </w:pPr>
      <w:r w:rsidRPr="00A7047B">
        <w:rPr>
          <w:rFonts w:ascii="Helvetica" w:hAnsi="Helvetica" w:cs="Helvetica"/>
          <w:lang w:val="fr-CA"/>
        </w:rPr>
        <w:t>Concours de décoration de citrouilles</w:t>
      </w:r>
    </w:p>
    <w:p w14:paraId="43EAA0AE" w14:textId="40F3B05F" w:rsidR="00A7047B" w:rsidRPr="00A7047B" w:rsidRDefault="00A7047B" w:rsidP="00A7047B">
      <w:pPr>
        <w:pStyle w:val="Paragraphedeliste"/>
        <w:widowControl w:val="0"/>
        <w:numPr>
          <w:ilvl w:val="0"/>
          <w:numId w:val="19"/>
        </w:numPr>
        <w:tabs>
          <w:tab w:val="left" w:pos="20"/>
          <w:tab w:val="left" w:pos="567"/>
          <w:tab w:val="left" w:pos="740"/>
          <w:tab w:val="right" w:pos="851"/>
        </w:tabs>
        <w:spacing w:after="0" w:line="360" w:lineRule="auto"/>
        <w:jc w:val="both"/>
        <w:rPr>
          <w:rFonts w:ascii="Helvetica" w:hAnsi="Helvetica" w:cs="Helvetica"/>
          <w:lang w:val="fr-CA"/>
        </w:rPr>
      </w:pPr>
      <w:r w:rsidRPr="00A7047B">
        <w:rPr>
          <w:rFonts w:ascii="Helvetica" w:hAnsi="Helvetica" w:cs="Helvetica"/>
          <w:lang w:val="fr-CA"/>
        </w:rPr>
        <w:t>Projets de Noël (cartes de Noël pour les personnes âgées, centre de tables)</w:t>
      </w:r>
    </w:p>
    <w:p w14:paraId="1B22FFCA" w14:textId="36E2D30C" w:rsidR="00A7047B" w:rsidRPr="00A7047B" w:rsidRDefault="00A7047B"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lang w:val="fr-CA"/>
        </w:rPr>
      </w:pPr>
      <w:r w:rsidRPr="00A7047B">
        <w:rPr>
          <w:rFonts w:ascii="Helvetica" w:hAnsi="Helvetica" w:cs="Helvetica"/>
          <w:lang w:val="fr-CA"/>
        </w:rPr>
        <w:t>États de compte chaque mois par email et chaque sem</w:t>
      </w:r>
      <w:r>
        <w:rPr>
          <w:rFonts w:ascii="Helvetica" w:hAnsi="Helvetica" w:cs="Helvetica"/>
          <w:lang w:val="fr-CA"/>
        </w:rPr>
        <w:t>aine</w:t>
      </w:r>
      <w:r w:rsidRPr="00A7047B">
        <w:rPr>
          <w:rFonts w:ascii="Helvetica" w:hAnsi="Helvetica" w:cs="Helvetica"/>
          <w:lang w:val="fr-CA"/>
        </w:rPr>
        <w:t xml:space="preserve"> sur </w:t>
      </w:r>
      <w:proofErr w:type="spellStart"/>
      <w:r w:rsidRPr="00A7047B">
        <w:rPr>
          <w:rFonts w:ascii="Helvetica" w:hAnsi="Helvetica" w:cs="Helvetica"/>
          <w:lang w:val="fr-CA"/>
        </w:rPr>
        <w:t>Mozaik</w:t>
      </w:r>
      <w:proofErr w:type="spellEnd"/>
    </w:p>
    <w:p w14:paraId="28BBB449" w14:textId="65273295" w:rsidR="00A7047B" w:rsidRPr="00A7047B" w:rsidRDefault="00A7047B"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lang w:val="fr-CA"/>
        </w:rPr>
      </w:pPr>
      <w:r w:rsidRPr="00A7047B">
        <w:rPr>
          <w:rFonts w:ascii="Helvetica" w:hAnsi="Helvetica" w:cs="Helvetica"/>
          <w:lang w:val="fr-CA"/>
        </w:rPr>
        <w:t xml:space="preserve">Question: Dernière journée pédago: </w:t>
      </w:r>
      <w:r>
        <w:rPr>
          <w:rFonts w:ascii="Helvetica" w:hAnsi="Helvetica" w:cs="Helvetica"/>
          <w:lang w:val="fr-CA"/>
        </w:rPr>
        <w:t>période de forte affluence</w:t>
      </w:r>
      <w:r w:rsidRPr="00A7047B">
        <w:rPr>
          <w:rFonts w:ascii="Helvetica" w:hAnsi="Helvetica" w:cs="Helvetica"/>
          <w:lang w:val="fr-CA"/>
        </w:rPr>
        <w:t xml:space="preserve"> à l’arrivée des </w:t>
      </w:r>
      <w:r w:rsidRPr="00A7047B">
        <w:rPr>
          <w:rFonts w:ascii="Helvetica" w:hAnsi="Helvetica" w:cs="Helvetica"/>
          <w:lang w:val="fr-CA"/>
        </w:rPr>
        <w:lastRenderedPageBreak/>
        <w:t xml:space="preserve">enfants (dont des enfants </w:t>
      </w:r>
      <w:proofErr w:type="spellStart"/>
      <w:r w:rsidRPr="00A7047B">
        <w:rPr>
          <w:rFonts w:ascii="Helvetica" w:hAnsi="Helvetica" w:cs="Helvetica"/>
          <w:lang w:val="fr-CA"/>
        </w:rPr>
        <w:t>non inscrits</w:t>
      </w:r>
      <w:proofErr w:type="spellEnd"/>
      <w:r w:rsidRPr="00A7047B">
        <w:rPr>
          <w:rFonts w:ascii="Helvetica" w:hAnsi="Helvetica" w:cs="Helvetica"/>
          <w:lang w:val="fr-CA"/>
        </w:rPr>
        <w:t>) – Mme Nicole était absente d’où l’ach</w:t>
      </w:r>
      <w:r>
        <w:rPr>
          <w:rFonts w:ascii="Helvetica" w:hAnsi="Helvetica" w:cs="Helvetica"/>
          <w:lang w:val="fr-CA"/>
        </w:rPr>
        <w:t>a</w:t>
      </w:r>
      <w:r w:rsidRPr="00A7047B">
        <w:rPr>
          <w:rFonts w:ascii="Helvetica" w:hAnsi="Helvetica" w:cs="Helvetica"/>
          <w:lang w:val="fr-CA"/>
        </w:rPr>
        <w:t xml:space="preserve">landage </w:t>
      </w:r>
    </w:p>
    <w:p w14:paraId="44002E6F" w14:textId="1FBF75F6" w:rsidR="00A7047B" w:rsidRPr="00A7047B" w:rsidRDefault="00A7047B"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lang w:val="fr-CA"/>
        </w:rPr>
      </w:pPr>
      <w:r>
        <w:rPr>
          <w:rFonts w:ascii="Helvetica" w:hAnsi="Helvetica" w:cs="Helvetica"/>
          <w:lang w:val="fr-CA"/>
        </w:rPr>
        <w:t xml:space="preserve">Un  </w:t>
      </w:r>
      <w:r w:rsidRPr="00A7047B">
        <w:rPr>
          <w:rFonts w:ascii="Helvetica" w:hAnsi="Helvetica" w:cs="Helvetica"/>
          <w:lang w:val="fr-CA"/>
        </w:rPr>
        <w:t>c</w:t>
      </w:r>
      <w:r w:rsidRPr="00A7047B">
        <w:rPr>
          <w:rFonts w:ascii="Helvetica" w:hAnsi="Helvetica" w:cs="Helvetica"/>
          <w:lang w:val="fr-CA"/>
        </w:rPr>
        <w:t>ourriel de confirmation</w:t>
      </w:r>
      <w:r w:rsidRPr="00A7047B">
        <w:rPr>
          <w:rFonts w:ascii="Helvetica" w:hAnsi="Helvetica" w:cs="Helvetica"/>
          <w:lang w:val="fr-CA"/>
        </w:rPr>
        <w:t xml:space="preserve"> est envoyé</w:t>
      </w:r>
      <w:r>
        <w:rPr>
          <w:rFonts w:ascii="Helvetica" w:hAnsi="Helvetica" w:cs="Helvetica"/>
          <w:lang w:val="fr-CA"/>
        </w:rPr>
        <w:t xml:space="preserve"> aux parents. Madame Geneviève va voir comment le parent peut avoir la confirmation de la sortie ou de la pédago à l’école selon son choix afin d’éviter certaines incompréhensions ou frustrations..</w:t>
      </w:r>
    </w:p>
    <w:p w14:paraId="56B14F4E" w14:textId="77777777" w:rsidR="00A7047B" w:rsidRPr="00A7047B" w:rsidRDefault="00A7047B" w:rsidP="00A7047B">
      <w:pPr>
        <w:widowControl w:val="0"/>
        <w:pBdr>
          <w:top w:val="nil"/>
          <w:left w:val="nil"/>
          <w:bottom w:val="nil"/>
          <w:right w:val="nil"/>
          <w:between w:val="nil"/>
          <w:bar w:val="nil"/>
        </w:pBdr>
        <w:spacing w:after="0" w:line="360" w:lineRule="auto"/>
        <w:ind w:left="792"/>
        <w:jc w:val="both"/>
        <w:rPr>
          <w:rFonts w:ascii="Abadi" w:hAnsi="Abadi" w:cs="Helvetica"/>
          <w:sz w:val="24"/>
          <w:szCs w:val="24"/>
          <w:lang w:val="fr-CA"/>
        </w:rPr>
      </w:pPr>
    </w:p>
    <w:p w14:paraId="50D4FC35" w14:textId="77777777" w:rsidR="006554BA" w:rsidRPr="00A7047B" w:rsidRDefault="006554BA" w:rsidP="006554BA">
      <w:pPr>
        <w:widowControl w:val="0"/>
        <w:numPr>
          <w:ilvl w:val="1"/>
          <w:numId w:val="16"/>
        </w:numPr>
        <w:pBdr>
          <w:top w:val="nil"/>
          <w:left w:val="nil"/>
          <w:bottom w:val="nil"/>
          <w:right w:val="nil"/>
          <w:between w:val="nil"/>
          <w:bar w:val="nil"/>
        </w:pBdr>
        <w:spacing w:after="0" w:line="360" w:lineRule="auto"/>
        <w:jc w:val="both"/>
        <w:rPr>
          <w:rFonts w:ascii="Abadi" w:hAnsi="Abadi" w:cs="Helvetica"/>
          <w:sz w:val="24"/>
          <w:szCs w:val="24"/>
        </w:rPr>
      </w:pPr>
      <w:proofErr w:type="spellStart"/>
      <w:r w:rsidRPr="00E71185">
        <w:rPr>
          <w:rFonts w:ascii="Abadi" w:hAnsi="Abadi" w:cs="Helvetica"/>
          <w:sz w:val="24"/>
          <w:szCs w:val="24"/>
          <w:u w:color="6D6D6D"/>
        </w:rPr>
        <w:t>Comité</w:t>
      </w:r>
      <w:proofErr w:type="spellEnd"/>
      <w:r w:rsidRPr="00E71185">
        <w:rPr>
          <w:rFonts w:ascii="Abadi" w:hAnsi="Abadi" w:cs="Helvetica"/>
          <w:sz w:val="24"/>
          <w:szCs w:val="24"/>
          <w:u w:color="6D6D6D"/>
        </w:rPr>
        <w:t xml:space="preserve"> de parents du CSSMB</w:t>
      </w:r>
    </w:p>
    <w:p w14:paraId="27B95761" w14:textId="0F1D1764" w:rsidR="00A7047B" w:rsidRPr="00A7047B" w:rsidRDefault="00A7047B" w:rsidP="00A7047B">
      <w:pPr>
        <w:pStyle w:val="Paragraphedeliste"/>
        <w:widowControl w:val="0"/>
        <w:tabs>
          <w:tab w:val="left" w:pos="20"/>
          <w:tab w:val="left" w:pos="567"/>
          <w:tab w:val="left" w:pos="740"/>
          <w:tab w:val="right" w:pos="851"/>
        </w:tabs>
        <w:spacing w:after="0" w:line="360" w:lineRule="auto"/>
        <w:ind w:left="567"/>
        <w:jc w:val="both"/>
        <w:rPr>
          <w:rFonts w:ascii="Helvetica" w:hAnsi="Helvetica" w:cs="Helvetica"/>
        </w:rPr>
      </w:pPr>
      <w:proofErr w:type="spellStart"/>
      <w:r w:rsidRPr="00A7047B">
        <w:rPr>
          <w:rFonts w:ascii="Helvetica" w:hAnsi="Helvetica" w:cs="Helvetica"/>
        </w:rPr>
        <w:t>Reporté</w:t>
      </w:r>
      <w:proofErr w:type="spellEnd"/>
    </w:p>
    <w:p w14:paraId="73A9CD95" w14:textId="77777777" w:rsidR="00A7047B" w:rsidRPr="00E71185" w:rsidRDefault="00A7047B" w:rsidP="00A7047B">
      <w:pPr>
        <w:widowControl w:val="0"/>
        <w:pBdr>
          <w:top w:val="nil"/>
          <w:left w:val="nil"/>
          <w:bottom w:val="nil"/>
          <w:right w:val="nil"/>
          <w:between w:val="nil"/>
          <w:bar w:val="nil"/>
        </w:pBdr>
        <w:spacing w:after="0" w:line="360" w:lineRule="auto"/>
        <w:ind w:left="792"/>
        <w:jc w:val="both"/>
        <w:rPr>
          <w:rFonts w:ascii="Abadi" w:hAnsi="Abadi" w:cs="Helvetica"/>
          <w:sz w:val="24"/>
          <w:szCs w:val="24"/>
        </w:rPr>
      </w:pPr>
    </w:p>
    <w:p w14:paraId="15DC5659" w14:textId="77777777" w:rsidR="006554BA" w:rsidRPr="00E71185" w:rsidRDefault="006554BA" w:rsidP="006554BA">
      <w:pPr>
        <w:widowControl w:val="0"/>
        <w:numPr>
          <w:ilvl w:val="1"/>
          <w:numId w:val="16"/>
        </w:numPr>
        <w:pBdr>
          <w:top w:val="nil"/>
          <w:left w:val="nil"/>
          <w:bottom w:val="nil"/>
          <w:right w:val="nil"/>
          <w:between w:val="nil"/>
          <w:bar w:val="nil"/>
        </w:pBdr>
        <w:spacing w:after="0" w:line="360" w:lineRule="auto"/>
        <w:jc w:val="both"/>
        <w:rPr>
          <w:rFonts w:ascii="Abadi" w:hAnsi="Abadi" w:cs="Helvetica"/>
          <w:sz w:val="24"/>
          <w:szCs w:val="24"/>
          <w:lang w:val="fr-CA"/>
        </w:rPr>
      </w:pPr>
      <w:r w:rsidRPr="00E71185">
        <w:rPr>
          <w:rFonts w:ascii="Abadi" w:hAnsi="Abadi" w:cs="Helvetica"/>
          <w:sz w:val="24"/>
          <w:szCs w:val="24"/>
          <w:u w:color="6D6D6D"/>
          <w:lang w:val="fr-CA"/>
        </w:rPr>
        <w:t>Fondation Saint-Clément : vente de chandail et campagne d’huile d’olive</w:t>
      </w:r>
    </w:p>
    <w:p w14:paraId="363E3181" w14:textId="77777777" w:rsidR="003741ED" w:rsidRPr="003741ED" w:rsidRDefault="006554BA" w:rsidP="006554BA">
      <w:pPr>
        <w:widowControl w:val="0"/>
        <w:numPr>
          <w:ilvl w:val="1"/>
          <w:numId w:val="16"/>
        </w:numPr>
        <w:pBdr>
          <w:top w:val="nil"/>
          <w:left w:val="nil"/>
          <w:bottom w:val="nil"/>
          <w:right w:val="nil"/>
          <w:between w:val="nil"/>
          <w:bar w:val="nil"/>
        </w:pBdr>
        <w:spacing w:after="0" w:line="360" w:lineRule="auto"/>
        <w:jc w:val="both"/>
        <w:rPr>
          <w:rFonts w:ascii="Abadi" w:hAnsi="Abadi" w:cs="Helvetica"/>
          <w:sz w:val="24"/>
          <w:szCs w:val="24"/>
          <w:lang w:val="fr-CA"/>
        </w:rPr>
      </w:pPr>
      <w:r w:rsidRPr="00E71185">
        <w:rPr>
          <w:rFonts w:ascii="Abadi" w:hAnsi="Abadi" w:cs="Helvetica"/>
          <w:sz w:val="24"/>
          <w:szCs w:val="24"/>
          <w:u w:color="6D6D6D"/>
          <w:lang w:val="fr-CA"/>
        </w:rPr>
        <w:t xml:space="preserve">OPP : </w:t>
      </w:r>
    </w:p>
    <w:p w14:paraId="1E612D73" w14:textId="5C52A3E5" w:rsidR="003741ED" w:rsidRPr="003741ED" w:rsidRDefault="003741ED" w:rsidP="003741ED">
      <w:pPr>
        <w:pStyle w:val="Paragraphedeliste"/>
        <w:widowControl w:val="0"/>
        <w:numPr>
          <w:ilvl w:val="0"/>
          <w:numId w:val="19"/>
        </w:numPr>
        <w:tabs>
          <w:tab w:val="left" w:pos="20"/>
          <w:tab w:val="left" w:pos="567"/>
          <w:tab w:val="left" w:pos="740"/>
          <w:tab w:val="right" w:pos="851"/>
        </w:tabs>
        <w:spacing w:after="0" w:line="360" w:lineRule="auto"/>
        <w:jc w:val="both"/>
        <w:rPr>
          <w:rFonts w:ascii="Helvetica" w:hAnsi="Helvetica" w:cs="Helvetica"/>
          <w:lang w:val="fr-CA"/>
        </w:rPr>
      </w:pPr>
      <w:r w:rsidRPr="003741ED">
        <w:rPr>
          <w:rFonts w:ascii="Helvetica" w:hAnsi="Helvetica" w:cs="Helvetica"/>
          <w:lang w:val="fr-CA"/>
        </w:rPr>
        <w:t>Habituellement 2 parents pour l’Halloween – cette année, 20 parents bénévoles</w:t>
      </w:r>
      <w:r>
        <w:rPr>
          <w:rFonts w:ascii="Helvetica" w:hAnsi="Helvetica" w:cs="Helvetica"/>
          <w:lang w:val="fr-CA"/>
        </w:rPr>
        <w:t> : beaucoup trop</w:t>
      </w:r>
    </w:p>
    <w:p w14:paraId="1119657A" w14:textId="170267A2" w:rsidR="003741ED" w:rsidRPr="003741ED" w:rsidRDefault="003741ED" w:rsidP="003741ED">
      <w:pPr>
        <w:pStyle w:val="Paragraphedeliste"/>
        <w:widowControl w:val="0"/>
        <w:numPr>
          <w:ilvl w:val="0"/>
          <w:numId w:val="19"/>
        </w:numPr>
        <w:tabs>
          <w:tab w:val="left" w:pos="20"/>
          <w:tab w:val="left" w:pos="567"/>
          <w:tab w:val="left" w:pos="740"/>
          <w:tab w:val="right" w:pos="851"/>
        </w:tabs>
        <w:spacing w:after="0" w:line="360" w:lineRule="auto"/>
        <w:jc w:val="both"/>
        <w:rPr>
          <w:rFonts w:ascii="Helvetica" w:hAnsi="Helvetica" w:cs="Helvetica"/>
          <w:lang w:val="fr-CA"/>
        </w:rPr>
      </w:pPr>
      <w:r w:rsidRPr="003741ED">
        <w:rPr>
          <w:rFonts w:ascii="Helvetica" w:hAnsi="Helvetica" w:cs="Helvetica"/>
          <w:lang w:val="fr-CA"/>
        </w:rPr>
        <w:t xml:space="preserve">Décembre: distribution de cannes de Noël, Père Noël, panier de Noël Multi Caf (collecte de </w:t>
      </w:r>
      <w:r w:rsidRPr="003741ED">
        <w:rPr>
          <w:rFonts w:ascii="Helvetica" w:hAnsi="Helvetica" w:cs="Helvetica"/>
          <w:lang w:val="fr-CA"/>
        </w:rPr>
        <w:t>denrées</w:t>
      </w:r>
      <w:r w:rsidRPr="003741ED">
        <w:rPr>
          <w:rFonts w:ascii="Helvetica" w:hAnsi="Helvetica" w:cs="Helvetica"/>
          <w:lang w:val="fr-CA"/>
        </w:rPr>
        <w:t xml:space="preserve"> non périssables, 1 semaine de dons – début décembre)</w:t>
      </w:r>
    </w:p>
    <w:p w14:paraId="1656C4DA" w14:textId="13D57332" w:rsidR="003741ED" w:rsidRPr="003741ED" w:rsidRDefault="003741ED" w:rsidP="003741ED">
      <w:pPr>
        <w:pStyle w:val="Paragraphedeliste"/>
        <w:widowControl w:val="0"/>
        <w:tabs>
          <w:tab w:val="left" w:pos="20"/>
          <w:tab w:val="left" w:pos="567"/>
          <w:tab w:val="left" w:pos="740"/>
          <w:tab w:val="right" w:pos="851"/>
        </w:tabs>
        <w:spacing w:after="0" w:line="360" w:lineRule="auto"/>
        <w:ind w:left="927"/>
        <w:jc w:val="both"/>
        <w:rPr>
          <w:rFonts w:ascii="Helvetica" w:hAnsi="Helvetica" w:cs="Helvetica"/>
          <w:lang w:val="fr-CA"/>
        </w:rPr>
      </w:pPr>
      <w:r w:rsidRPr="003741ED">
        <w:rPr>
          <w:rFonts w:ascii="Helvetica" w:hAnsi="Helvetica" w:cs="Helvetica"/>
          <w:lang w:val="fr-CA"/>
        </w:rPr>
        <w:t xml:space="preserve">L’année passée trop </w:t>
      </w:r>
      <w:r w:rsidRPr="003741ED">
        <w:rPr>
          <w:rFonts w:ascii="Helvetica" w:hAnsi="Helvetica" w:cs="Helvetica"/>
          <w:lang w:val="fr-CA"/>
        </w:rPr>
        <w:t>lourd</w:t>
      </w:r>
      <w:r w:rsidRPr="003741ED">
        <w:rPr>
          <w:rFonts w:ascii="Helvetica" w:hAnsi="Helvetica" w:cs="Helvetica"/>
          <w:lang w:val="fr-CA"/>
        </w:rPr>
        <w:t xml:space="preserve"> pour les mar</w:t>
      </w:r>
      <w:r>
        <w:rPr>
          <w:rFonts w:ascii="Helvetica" w:hAnsi="Helvetica" w:cs="Helvetica"/>
          <w:lang w:val="fr-CA"/>
        </w:rPr>
        <w:t>r</w:t>
      </w:r>
      <w:r w:rsidRPr="003741ED">
        <w:rPr>
          <w:rFonts w:ascii="Helvetica" w:hAnsi="Helvetica" w:cs="Helvetica"/>
          <w:lang w:val="fr-CA"/>
        </w:rPr>
        <w:t>aines/pa</w:t>
      </w:r>
      <w:r>
        <w:rPr>
          <w:rFonts w:ascii="Helvetica" w:hAnsi="Helvetica" w:cs="Helvetica"/>
          <w:lang w:val="fr-CA"/>
        </w:rPr>
        <w:t>r</w:t>
      </w:r>
      <w:r w:rsidRPr="003741ED">
        <w:rPr>
          <w:rFonts w:ascii="Helvetica" w:hAnsi="Helvetica" w:cs="Helvetica"/>
          <w:lang w:val="fr-CA"/>
        </w:rPr>
        <w:t>rains de classe de gérer les dons aux familles</w:t>
      </w:r>
    </w:p>
    <w:p w14:paraId="37A1BFF1" w14:textId="77777777" w:rsidR="003741ED" w:rsidRPr="003741ED" w:rsidRDefault="003741ED" w:rsidP="003741ED">
      <w:pPr>
        <w:pStyle w:val="Paragraphedeliste"/>
        <w:widowControl w:val="0"/>
        <w:pBdr>
          <w:top w:val="nil"/>
          <w:left w:val="nil"/>
          <w:bottom w:val="nil"/>
          <w:right w:val="nil"/>
          <w:between w:val="nil"/>
          <w:bar w:val="nil"/>
        </w:pBdr>
        <w:tabs>
          <w:tab w:val="left" w:pos="20"/>
          <w:tab w:val="left" w:pos="567"/>
          <w:tab w:val="left" w:pos="740"/>
          <w:tab w:val="right" w:pos="851"/>
          <w:tab w:val="right" w:pos="9340"/>
          <w:tab w:val="right" w:pos="9498"/>
        </w:tabs>
        <w:spacing w:after="0" w:line="360" w:lineRule="auto"/>
        <w:ind w:left="927"/>
        <w:jc w:val="both"/>
        <w:rPr>
          <w:rFonts w:ascii="Abadi" w:hAnsi="Abadi" w:cs="Helvetica"/>
          <w:sz w:val="24"/>
          <w:szCs w:val="24"/>
          <w:lang w:val="fr-CA"/>
        </w:rPr>
      </w:pPr>
    </w:p>
    <w:p w14:paraId="40E946AF" w14:textId="70277E0D" w:rsidR="006554BA" w:rsidRPr="00E71185" w:rsidRDefault="006554BA" w:rsidP="003741ED">
      <w:pPr>
        <w:widowControl w:val="0"/>
        <w:pBdr>
          <w:top w:val="nil"/>
          <w:left w:val="nil"/>
          <w:bottom w:val="nil"/>
          <w:right w:val="nil"/>
          <w:between w:val="nil"/>
          <w:bar w:val="nil"/>
        </w:pBdr>
        <w:spacing w:after="0" w:line="360" w:lineRule="auto"/>
        <w:ind w:left="792"/>
        <w:jc w:val="both"/>
        <w:rPr>
          <w:rFonts w:ascii="Abadi" w:hAnsi="Abadi" w:cs="Helvetica"/>
          <w:sz w:val="24"/>
          <w:szCs w:val="24"/>
          <w:lang w:val="fr-CA"/>
        </w:rPr>
      </w:pPr>
      <w:r w:rsidRPr="00E71185">
        <w:rPr>
          <w:rFonts w:ascii="Abadi" w:eastAsia="Helvetica" w:hAnsi="Abadi" w:cs="Helvetica"/>
          <w:sz w:val="24"/>
          <w:szCs w:val="24"/>
          <w:lang w:val="fr-CA"/>
        </w:rPr>
        <w:tab/>
      </w:r>
      <w:r w:rsidRPr="00E71185">
        <w:rPr>
          <w:rFonts w:ascii="Abadi" w:hAnsi="Abadi" w:cs="Helvetica"/>
          <w:sz w:val="24"/>
          <w:szCs w:val="24"/>
          <w:lang w:val="fr-CA"/>
        </w:rPr>
        <w:t xml:space="preserve">             </w:t>
      </w:r>
    </w:p>
    <w:p w14:paraId="504983CF" w14:textId="77777777" w:rsidR="006554BA" w:rsidRPr="00E71185" w:rsidRDefault="006554BA" w:rsidP="006554BA">
      <w:pPr>
        <w:widowControl w:val="0"/>
        <w:numPr>
          <w:ilvl w:val="0"/>
          <w:numId w:val="17"/>
        </w:numPr>
        <w:pBdr>
          <w:top w:val="nil"/>
          <w:left w:val="nil"/>
          <w:bottom w:val="nil"/>
          <w:right w:val="nil"/>
          <w:between w:val="nil"/>
          <w:bar w:val="nil"/>
        </w:pBdr>
        <w:spacing w:after="0" w:line="360" w:lineRule="auto"/>
        <w:ind w:right="52"/>
        <w:jc w:val="both"/>
        <w:rPr>
          <w:rFonts w:ascii="Abadi" w:hAnsi="Abadi" w:cs="Helvetica"/>
          <w:sz w:val="24"/>
          <w:szCs w:val="24"/>
        </w:rPr>
      </w:pPr>
      <w:proofErr w:type="spellStart"/>
      <w:r w:rsidRPr="00E71185">
        <w:rPr>
          <w:rFonts w:ascii="Abadi" w:hAnsi="Abadi" w:cs="Helvetica"/>
          <w:sz w:val="24"/>
          <w:szCs w:val="24"/>
        </w:rPr>
        <w:t>Suivi</w:t>
      </w:r>
      <w:proofErr w:type="spellEnd"/>
      <w:r w:rsidRPr="00E71185">
        <w:rPr>
          <w:rFonts w:ascii="Abadi" w:hAnsi="Abadi" w:cs="Helvetica"/>
          <w:sz w:val="24"/>
          <w:szCs w:val="24"/>
        </w:rPr>
        <w:t xml:space="preserve"> au procès-verbal </w:t>
      </w:r>
      <w:r w:rsidRPr="00E71185">
        <w:rPr>
          <w:rFonts w:ascii="Abadi" w:hAnsi="Abadi" w:cs="Helvetica"/>
          <w:sz w:val="24"/>
          <w:szCs w:val="24"/>
          <w:lang w:val="fr-CA"/>
        </w:rPr>
        <w:t xml:space="preserve">  </w:t>
      </w:r>
    </w:p>
    <w:p w14:paraId="353139D3" w14:textId="3D234072" w:rsidR="00A7047B" w:rsidRDefault="006554BA" w:rsidP="00A7047B">
      <w:pPr>
        <w:pStyle w:val="Paragraphedeliste"/>
        <w:widowControl w:val="0"/>
        <w:numPr>
          <w:ilvl w:val="0"/>
          <w:numId w:val="19"/>
        </w:numPr>
        <w:tabs>
          <w:tab w:val="left" w:pos="20"/>
          <w:tab w:val="left" w:pos="740"/>
          <w:tab w:val="right" w:pos="851"/>
          <w:tab w:val="right" w:pos="8622"/>
          <w:tab w:val="right" w:pos="8622"/>
        </w:tabs>
        <w:spacing w:line="360" w:lineRule="auto"/>
        <w:ind w:right="52"/>
        <w:jc w:val="both"/>
        <w:rPr>
          <w:rFonts w:ascii="Abadi" w:hAnsi="Abadi" w:cs="Helvetica"/>
          <w:sz w:val="24"/>
          <w:szCs w:val="24"/>
          <w:lang w:val="fr-CA"/>
        </w:rPr>
      </w:pPr>
      <w:r w:rsidRPr="00A7047B">
        <w:rPr>
          <w:rFonts w:ascii="Abadi" w:hAnsi="Abadi" w:cs="Helvetica"/>
          <w:sz w:val="24"/>
          <w:szCs w:val="24"/>
          <w:lang w:val="fr-CA"/>
        </w:rPr>
        <w:t xml:space="preserve">résolutions, quand les écrire? </w:t>
      </w:r>
      <w:r w:rsidR="00A7047B">
        <w:rPr>
          <w:rFonts w:ascii="Abadi" w:hAnsi="Abadi" w:cs="Helvetica"/>
          <w:sz w:val="24"/>
          <w:szCs w:val="24"/>
          <w:lang w:val="fr-CA"/>
        </w:rPr>
        <w:t>Une résolution doit être écrite dès qu’une décision est prise.</w:t>
      </w:r>
    </w:p>
    <w:p w14:paraId="2F528D0B" w14:textId="7B31FCFA" w:rsidR="006554BA" w:rsidRPr="00A7047B" w:rsidRDefault="006554BA" w:rsidP="00A7047B">
      <w:pPr>
        <w:pStyle w:val="Paragraphedeliste"/>
        <w:widowControl w:val="0"/>
        <w:numPr>
          <w:ilvl w:val="0"/>
          <w:numId w:val="19"/>
        </w:numPr>
        <w:tabs>
          <w:tab w:val="left" w:pos="20"/>
          <w:tab w:val="left" w:pos="740"/>
          <w:tab w:val="right" w:pos="851"/>
          <w:tab w:val="right" w:pos="8622"/>
          <w:tab w:val="right" w:pos="8622"/>
        </w:tabs>
        <w:spacing w:line="360" w:lineRule="auto"/>
        <w:ind w:right="52"/>
        <w:jc w:val="both"/>
        <w:rPr>
          <w:rFonts w:ascii="Abadi" w:hAnsi="Abadi" w:cs="Helvetica"/>
          <w:sz w:val="24"/>
          <w:szCs w:val="24"/>
          <w:lang w:val="fr-CA"/>
        </w:rPr>
      </w:pPr>
      <w:r w:rsidRPr="00A7047B">
        <w:rPr>
          <w:rFonts w:ascii="Abadi" w:hAnsi="Abadi" w:cs="Helvetica"/>
          <w:sz w:val="24"/>
          <w:szCs w:val="24"/>
          <w:lang w:val="fr-CA"/>
        </w:rPr>
        <w:t>Utilisation des locaux</w:t>
      </w:r>
      <w:r w:rsidR="00A7047B">
        <w:rPr>
          <w:rFonts w:ascii="Abadi" w:hAnsi="Abadi" w:cs="Helvetica"/>
          <w:sz w:val="24"/>
          <w:szCs w:val="24"/>
          <w:lang w:val="fr-CA"/>
        </w:rPr>
        <w:t> : les décisions prises par le CÉ sont valides, tels que précisé dans les documents officiels liés au règles de fonctionnement du conseil d’établissement.</w:t>
      </w:r>
      <w:r w:rsidRPr="00A7047B">
        <w:rPr>
          <w:rFonts w:ascii="Abadi" w:hAnsi="Abadi" w:cs="Helvetica"/>
          <w:sz w:val="24"/>
          <w:szCs w:val="24"/>
          <w:lang w:val="fr-CA"/>
        </w:rPr>
        <w:t xml:space="preserve">                                                                                         </w:t>
      </w:r>
    </w:p>
    <w:p w14:paraId="0CF9A79B" w14:textId="77777777" w:rsidR="006554BA" w:rsidRPr="003741ED" w:rsidRDefault="006554BA" w:rsidP="006554BA">
      <w:pPr>
        <w:widowControl w:val="0"/>
        <w:numPr>
          <w:ilvl w:val="0"/>
          <w:numId w:val="16"/>
        </w:numPr>
        <w:pBdr>
          <w:top w:val="nil"/>
          <w:left w:val="nil"/>
          <w:bottom w:val="nil"/>
          <w:right w:val="nil"/>
          <w:between w:val="nil"/>
          <w:bar w:val="nil"/>
        </w:pBdr>
        <w:spacing w:after="0" w:line="360" w:lineRule="auto"/>
        <w:jc w:val="both"/>
        <w:rPr>
          <w:rFonts w:ascii="Abadi" w:hAnsi="Abadi" w:cs="Helvetica"/>
          <w:sz w:val="24"/>
          <w:szCs w:val="24"/>
        </w:rPr>
      </w:pPr>
      <w:proofErr w:type="spellStart"/>
      <w:r w:rsidRPr="00E71185">
        <w:rPr>
          <w:rFonts w:ascii="Abadi" w:hAnsi="Abadi" w:cs="Helvetica"/>
          <w:sz w:val="24"/>
          <w:szCs w:val="24"/>
          <w:u w:color="6D6D6D"/>
        </w:rPr>
        <w:t>Correspondance</w:t>
      </w:r>
      <w:proofErr w:type="spellEnd"/>
      <w:r w:rsidRPr="00E71185">
        <w:rPr>
          <w:rFonts w:ascii="Abadi" w:hAnsi="Abadi" w:cs="Helvetica"/>
          <w:sz w:val="24"/>
          <w:szCs w:val="24"/>
          <w:u w:color="6D6D6D"/>
        </w:rPr>
        <w:t xml:space="preserve"> reçue</w:t>
      </w:r>
      <w:r w:rsidRPr="00E71185">
        <w:rPr>
          <w:rFonts w:ascii="Abadi" w:hAnsi="Abadi" w:cs="Helvetica"/>
          <w:sz w:val="24"/>
          <w:szCs w:val="24"/>
          <w:u w:color="6D6D6D"/>
        </w:rPr>
        <w:tab/>
        <w:t>5 minutes</w:t>
      </w:r>
    </w:p>
    <w:p w14:paraId="6A0B1189" w14:textId="388A8C4B" w:rsidR="003741ED" w:rsidRDefault="003741ED" w:rsidP="003741ED">
      <w:pPr>
        <w:widowControl w:val="0"/>
        <w:pBdr>
          <w:top w:val="nil"/>
          <w:left w:val="nil"/>
          <w:bottom w:val="nil"/>
          <w:right w:val="nil"/>
          <w:between w:val="nil"/>
          <w:bar w:val="nil"/>
        </w:pBdr>
        <w:spacing w:after="0" w:line="360" w:lineRule="auto"/>
        <w:ind w:left="567"/>
        <w:jc w:val="both"/>
        <w:rPr>
          <w:rFonts w:ascii="Abadi" w:hAnsi="Abadi" w:cs="Helvetica"/>
          <w:sz w:val="24"/>
          <w:szCs w:val="24"/>
          <w:u w:color="6D6D6D"/>
        </w:rPr>
      </w:pPr>
      <w:proofErr w:type="spellStart"/>
      <w:r>
        <w:rPr>
          <w:rFonts w:ascii="Abadi" w:hAnsi="Abadi" w:cs="Helvetica"/>
          <w:sz w:val="24"/>
          <w:szCs w:val="24"/>
          <w:u w:color="6D6D6D"/>
        </w:rPr>
        <w:t>Aucune</w:t>
      </w:r>
      <w:proofErr w:type="spellEnd"/>
    </w:p>
    <w:p w14:paraId="24691572" w14:textId="77777777" w:rsidR="003741ED" w:rsidRPr="00E71185" w:rsidRDefault="003741ED" w:rsidP="003741ED">
      <w:pPr>
        <w:widowControl w:val="0"/>
        <w:pBdr>
          <w:top w:val="nil"/>
          <w:left w:val="nil"/>
          <w:bottom w:val="nil"/>
          <w:right w:val="nil"/>
          <w:between w:val="nil"/>
          <w:bar w:val="nil"/>
        </w:pBdr>
        <w:spacing w:after="0" w:line="360" w:lineRule="auto"/>
        <w:ind w:left="567"/>
        <w:jc w:val="both"/>
        <w:rPr>
          <w:rFonts w:ascii="Abadi" w:hAnsi="Abadi" w:cs="Helvetica"/>
          <w:sz w:val="24"/>
          <w:szCs w:val="24"/>
        </w:rPr>
      </w:pPr>
    </w:p>
    <w:p w14:paraId="609F9928" w14:textId="77777777" w:rsidR="006554BA" w:rsidRPr="003741ED" w:rsidRDefault="006554BA" w:rsidP="006554BA">
      <w:pPr>
        <w:widowControl w:val="0"/>
        <w:numPr>
          <w:ilvl w:val="0"/>
          <w:numId w:val="16"/>
        </w:numPr>
        <w:pBdr>
          <w:top w:val="nil"/>
          <w:left w:val="nil"/>
          <w:bottom w:val="nil"/>
          <w:right w:val="nil"/>
          <w:between w:val="nil"/>
          <w:bar w:val="nil"/>
        </w:pBdr>
        <w:spacing w:after="0" w:line="360" w:lineRule="auto"/>
        <w:jc w:val="both"/>
        <w:rPr>
          <w:rFonts w:ascii="Abadi" w:hAnsi="Abadi" w:cs="Helvetica"/>
          <w:sz w:val="24"/>
          <w:szCs w:val="24"/>
        </w:rPr>
      </w:pPr>
      <w:r w:rsidRPr="00E71185">
        <w:rPr>
          <w:rFonts w:ascii="Abadi" w:hAnsi="Abadi" w:cs="Helvetica"/>
          <w:sz w:val="24"/>
          <w:szCs w:val="24"/>
          <w:u w:color="6D6D6D"/>
        </w:rPr>
        <w:t xml:space="preserve">Questions </w:t>
      </w:r>
      <w:proofErr w:type="spellStart"/>
      <w:r w:rsidRPr="00E71185">
        <w:rPr>
          <w:rFonts w:ascii="Abadi" w:hAnsi="Abadi" w:cs="Helvetica"/>
          <w:sz w:val="24"/>
          <w:szCs w:val="24"/>
          <w:u w:color="6D6D6D"/>
        </w:rPr>
        <w:t>diverses</w:t>
      </w:r>
      <w:proofErr w:type="spellEnd"/>
      <w:r w:rsidRPr="00E71185">
        <w:rPr>
          <w:rFonts w:ascii="Abadi" w:hAnsi="Abadi" w:cs="Helvetica"/>
          <w:sz w:val="24"/>
          <w:szCs w:val="24"/>
          <w:u w:color="6D6D6D"/>
        </w:rPr>
        <w:t xml:space="preserve"> </w:t>
      </w:r>
      <w:r w:rsidRPr="00E71185">
        <w:rPr>
          <w:rFonts w:ascii="Abadi" w:hAnsi="Abadi" w:cs="Helvetica"/>
          <w:sz w:val="24"/>
          <w:szCs w:val="24"/>
          <w:u w:color="6D6D6D"/>
        </w:rPr>
        <w:tab/>
        <w:t>5-15 minutes</w:t>
      </w:r>
    </w:p>
    <w:p w14:paraId="215CBF08" w14:textId="1601C059" w:rsidR="003741ED" w:rsidRPr="003741ED" w:rsidRDefault="003741ED" w:rsidP="003741ED">
      <w:pPr>
        <w:pStyle w:val="Paragraphedeliste"/>
        <w:widowControl w:val="0"/>
        <w:tabs>
          <w:tab w:val="left" w:pos="20"/>
          <w:tab w:val="left" w:pos="740"/>
        </w:tabs>
        <w:spacing w:after="0" w:line="360" w:lineRule="auto"/>
        <w:ind w:left="567"/>
        <w:jc w:val="both"/>
        <w:rPr>
          <w:rFonts w:ascii="Helvetica" w:hAnsi="Helvetica" w:cs="Helvetica"/>
          <w:lang w:val="fr-CA"/>
        </w:rPr>
      </w:pPr>
      <w:r w:rsidRPr="003741ED">
        <w:rPr>
          <w:rFonts w:ascii="Helvetica" w:hAnsi="Helvetica" w:cs="Helvetica"/>
          <w:lang w:val="fr-CA"/>
        </w:rPr>
        <w:t xml:space="preserve">Utilisation de IA pour les </w:t>
      </w:r>
      <w:proofErr w:type="spellStart"/>
      <w:r w:rsidRPr="003741ED">
        <w:rPr>
          <w:rFonts w:ascii="Helvetica" w:hAnsi="Helvetica" w:cs="Helvetica"/>
          <w:lang w:val="fr-CA"/>
        </w:rPr>
        <w:t>procès verbaux</w:t>
      </w:r>
      <w:proofErr w:type="spellEnd"/>
      <w:r w:rsidRPr="003741ED">
        <w:rPr>
          <w:rFonts w:ascii="Helvetica" w:hAnsi="Helvetica" w:cs="Helvetica"/>
          <w:lang w:val="fr-CA"/>
        </w:rPr>
        <w:t xml:space="preserve"> (teams sécurisé au nivea</w:t>
      </w:r>
      <w:r>
        <w:rPr>
          <w:rFonts w:ascii="Helvetica" w:hAnsi="Helvetica" w:cs="Helvetica"/>
          <w:lang w:val="fr-CA"/>
        </w:rPr>
        <w:t>u</w:t>
      </w:r>
      <w:r w:rsidRPr="003741ED">
        <w:rPr>
          <w:rFonts w:ascii="Helvetica" w:hAnsi="Helvetica" w:cs="Helvetica"/>
          <w:lang w:val="fr-CA"/>
        </w:rPr>
        <w:t xml:space="preserve"> du centre de service) – CÉ publi</w:t>
      </w:r>
      <w:r>
        <w:rPr>
          <w:rFonts w:ascii="Helvetica" w:hAnsi="Helvetica" w:cs="Helvetica"/>
          <w:lang w:val="fr-CA"/>
        </w:rPr>
        <w:t>c</w:t>
      </w:r>
      <w:r w:rsidRPr="003741ED">
        <w:rPr>
          <w:rFonts w:ascii="Helvetica" w:hAnsi="Helvetica" w:cs="Helvetica"/>
          <w:lang w:val="fr-CA"/>
        </w:rPr>
        <w:t xml:space="preserve"> </w:t>
      </w:r>
      <w:r>
        <w:rPr>
          <w:rFonts w:ascii="Helvetica" w:hAnsi="Helvetica" w:cs="Helvetica"/>
          <w:lang w:val="fr-CA"/>
        </w:rPr>
        <w:t>mais il faut avoir l’</w:t>
      </w:r>
      <w:r w:rsidRPr="003741ED">
        <w:rPr>
          <w:rFonts w:ascii="Helvetica" w:hAnsi="Helvetica" w:cs="Helvetica"/>
          <w:lang w:val="fr-CA"/>
        </w:rPr>
        <w:t>autorisation</w:t>
      </w:r>
      <w:r>
        <w:rPr>
          <w:rFonts w:ascii="Helvetica" w:hAnsi="Helvetica" w:cs="Helvetica"/>
          <w:lang w:val="fr-CA"/>
        </w:rPr>
        <w:t xml:space="preserve"> de tous</w:t>
      </w:r>
      <w:r w:rsidRPr="003741ED">
        <w:rPr>
          <w:rFonts w:ascii="Helvetica" w:hAnsi="Helvetica" w:cs="Helvetica"/>
          <w:lang w:val="fr-CA"/>
        </w:rPr>
        <w:t xml:space="preserve"> à chaque séance</w:t>
      </w:r>
      <w:r>
        <w:rPr>
          <w:rFonts w:ascii="Helvetica" w:hAnsi="Helvetica" w:cs="Helvetica"/>
          <w:lang w:val="fr-CA"/>
        </w:rPr>
        <w:t>.</w:t>
      </w:r>
    </w:p>
    <w:p w14:paraId="7E196254" w14:textId="77777777" w:rsidR="003741ED" w:rsidRPr="003741ED" w:rsidRDefault="003741ED" w:rsidP="003741ED">
      <w:pPr>
        <w:pStyle w:val="Paragraphedeliste"/>
        <w:widowControl w:val="0"/>
        <w:tabs>
          <w:tab w:val="left" w:pos="20"/>
          <w:tab w:val="left" w:pos="740"/>
        </w:tabs>
        <w:spacing w:after="0" w:line="360" w:lineRule="auto"/>
        <w:ind w:left="567"/>
        <w:jc w:val="both"/>
        <w:rPr>
          <w:rFonts w:ascii="Helvetica" w:hAnsi="Helvetica" w:cs="Helvetica"/>
          <w:lang w:val="fr-CA"/>
        </w:rPr>
      </w:pPr>
      <w:r w:rsidRPr="003741ED">
        <w:rPr>
          <w:rFonts w:ascii="Helvetica" w:hAnsi="Helvetica" w:cs="Helvetica"/>
          <w:lang w:val="fr-CA"/>
        </w:rPr>
        <w:lastRenderedPageBreak/>
        <w:t>Prochaine séance en teams donc on pourrait l’essayer (copilote)</w:t>
      </w:r>
    </w:p>
    <w:p w14:paraId="2EDE3B36" w14:textId="77777777" w:rsidR="003741ED" w:rsidRPr="003741ED" w:rsidRDefault="003741ED" w:rsidP="003741ED">
      <w:pPr>
        <w:pStyle w:val="Paragraphedeliste"/>
        <w:widowControl w:val="0"/>
        <w:tabs>
          <w:tab w:val="left" w:pos="20"/>
          <w:tab w:val="left" w:pos="740"/>
        </w:tabs>
        <w:spacing w:after="0" w:line="360" w:lineRule="auto"/>
        <w:ind w:left="567"/>
        <w:jc w:val="both"/>
        <w:rPr>
          <w:rFonts w:ascii="Helvetica" w:hAnsi="Helvetica" w:cs="Helvetica"/>
          <w:lang w:val="fr-CA"/>
        </w:rPr>
      </w:pPr>
    </w:p>
    <w:p w14:paraId="6C0D6DE7" w14:textId="03B396F3" w:rsidR="003741ED" w:rsidRPr="003741ED" w:rsidRDefault="003741ED" w:rsidP="003741ED">
      <w:pPr>
        <w:pStyle w:val="Paragraphedeliste"/>
        <w:widowControl w:val="0"/>
        <w:tabs>
          <w:tab w:val="left" w:pos="20"/>
          <w:tab w:val="left" w:pos="740"/>
        </w:tabs>
        <w:spacing w:after="0" w:line="360" w:lineRule="auto"/>
        <w:ind w:left="567"/>
        <w:jc w:val="both"/>
        <w:rPr>
          <w:rFonts w:ascii="Helvetica" w:hAnsi="Helvetica" w:cs="Helvetica"/>
          <w:lang w:val="fr-CA"/>
        </w:rPr>
      </w:pPr>
      <w:r w:rsidRPr="003741ED">
        <w:rPr>
          <w:rFonts w:ascii="Helvetica" w:hAnsi="Helvetica" w:cs="Helvetica"/>
          <w:lang w:val="fr-CA"/>
        </w:rPr>
        <w:t xml:space="preserve">Communications de la direction aux parents: </w:t>
      </w:r>
      <w:r>
        <w:rPr>
          <w:rFonts w:ascii="Helvetica" w:hAnsi="Helvetica" w:cs="Helvetica"/>
          <w:lang w:val="fr-CA"/>
        </w:rPr>
        <w:t xml:space="preserve">pourquoi en </w:t>
      </w:r>
      <w:r w:rsidRPr="003741ED">
        <w:rPr>
          <w:rFonts w:ascii="Helvetica" w:hAnsi="Helvetica" w:cs="Helvetica"/>
          <w:lang w:val="fr-CA"/>
        </w:rPr>
        <w:t xml:space="preserve">pièce jointe </w:t>
      </w:r>
      <w:r>
        <w:rPr>
          <w:rFonts w:ascii="Helvetica" w:hAnsi="Helvetica" w:cs="Helvetica"/>
          <w:lang w:val="fr-CA"/>
        </w:rPr>
        <w:t xml:space="preserve">et non dans le corps du courriel : </w:t>
      </w:r>
      <w:r w:rsidRPr="003741ED">
        <w:rPr>
          <w:rFonts w:ascii="Helvetica" w:hAnsi="Helvetica" w:cs="Helvetica"/>
          <w:lang w:val="fr-CA"/>
        </w:rPr>
        <w:t xml:space="preserve">L’école utilise le logiciel GPI </w:t>
      </w:r>
      <w:r>
        <w:rPr>
          <w:rFonts w:ascii="Helvetica" w:hAnsi="Helvetica" w:cs="Helvetica"/>
          <w:lang w:val="fr-CA"/>
        </w:rPr>
        <w:t xml:space="preserve">et est limitée dans le nombre de caractères possibles dans le corps du message. </w:t>
      </w:r>
      <w:proofErr w:type="spellStart"/>
      <w:r>
        <w:rPr>
          <w:rFonts w:ascii="Helvetica" w:hAnsi="Helvetica" w:cs="Helvetica"/>
          <w:lang w:val="fr-CA"/>
        </w:rPr>
        <w:t>Mozaik</w:t>
      </w:r>
      <w:proofErr w:type="spellEnd"/>
      <w:r>
        <w:rPr>
          <w:rFonts w:ascii="Helvetica" w:hAnsi="Helvetica" w:cs="Helvetica"/>
          <w:lang w:val="fr-CA"/>
        </w:rPr>
        <w:t xml:space="preserve"> ne permet pas d’envoi massif car trop de destinataires.</w:t>
      </w:r>
    </w:p>
    <w:p w14:paraId="24C68E0D" w14:textId="3879A2A3" w:rsidR="003741ED" w:rsidRPr="003741ED" w:rsidRDefault="003741ED" w:rsidP="003741ED">
      <w:pPr>
        <w:pStyle w:val="Paragraphedeliste"/>
        <w:widowControl w:val="0"/>
        <w:tabs>
          <w:tab w:val="left" w:pos="20"/>
          <w:tab w:val="left" w:pos="740"/>
        </w:tabs>
        <w:spacing w:after="0" w:line="360" w:lineRule="auto"/>
        <w:ind w:left="567"/>
        <w:jc w:val="both"/>
        <w:rPr>
          <w:rFonts w:ascii="Abadi" w:hAnsi="Abadi" w:cs="Helvetica"/>
          <w:sz w:val="24"/>
          <w:szCs w:val="24"/>
          <w:lang w:val="fr-CA"/>
        </w:rPr>
      </w:pPr>
      <w:r w:rsidRPr="003741ED">
        <w:rPr>
          <w:rFonts w:ascii="Helvetica" w:hAnsi="Helvetica" w:cs="Helvetica"/>
          <w:lang w:val="fr-CA"/>
        </w:rPr>
        <w:tab/>
      </w:r>
      <w:r w:rsidRPr="003741ED">
        <w:rPr>
          <w:rFonts w:ascii="Helvetica" w:hAnsi="Helvetica"/>
          <w:lang w:val="fr-CA"/>
        </w:rPr>
        <w:t xml:space="preserve">                                   </w:t>
      </w:r>
    </w:p>
    <w:p w14:paraId="65C3880B" w14:textId="77777777" w:rsidR="006554BA" w:rsidRPr="00E71185" w:rsidRDefault="006554BA" w:rsidP="006554BA">
      <w:pPr>
        <w:widowControl w:val="0"/>
        <w:numPr>
          <w:ilvl w:val="0"/>
          <w:numId w:val="18"/>
        </w:numPr>
        <w:pBdr>
          <w:top w:val="nil"/>
          <w:left w:val="nil"/>
          <w:bottom w:val="nil"/>
          <w:right w:val="nil"/>
          <w:between w:val="nil"/>
          <w:bar w:val="nil"/>
        </w:pBdr>
        <w:spacing w:after="0" w:line="360" w:lineRule="auto"/>
        <w:jc w:val="both"/>
        <w:rPr>
          <w:rFonts w:ascii="Abadi" w:hAnsi="Abadi"/>
          <w:sz w:val="24"/>
          <w:szCs w:val="24"/>
        </w:rPr>
      </w:pPr>
      <w:r w:rsidRPr="00E71185">
        <w:rPr>
          <w:rFonts w:ascii="Abadi" w:hAnsi="Abadi" w:cs="Helvetica"/>
          <w:sz w:val="24"/>
          <w:szCs w:val="24"/>
          <w:u w:color="6D6D6D"/>
        </w:rPr>
        <w:t>Levée de la séance</w:t>
      </w:r>
      <w:r w:rsidRPr="00E71185">
        <w:rPr>
          <w:rFonts w:ascii="Abadi" w:hAnsi="Abadi"/>
          <w:sz w:val="24"/>
          <w:szCs w:val="24"/>
          <w:u w:color="6D6D6D"/>
        </w:rPr>
        <w:t xml:space="preserve">                                                 </w:t>
      </w:r>
    </w:p>
    <w:p w14:paraId="3CF308ED" w14:textId="660B0A24" w:rsidR="003741ED" w:rsidRDefault="003741ED" w:rsidP="003741ED">
      <w:pPr>
        <w:pStyle w:val="Paragraphedeliste"/>
        <w:widowControl w:val="0"/>
        <w:pBdr>
          <w:top w:val="nil"/>
          <w:left w:val="nil"/>
          <w:bottom w:val="nil"/>
          <w:right w:val="nil"/>
          <w:between w:val="nil"/>
          <w:bar w:val="nil"/>
        </w:pBdr>
        <w:spacing w:after="0" w:line="360" w:lineRule="auto"/>
        <w:ind w:left="567"/>
        <w:jc w:val="both"/>
        <w:rPr>
          <w:rFonts w:ascii="Helvetica" w:hAnsi="Helvetica"/>
          <w:lang w:val="fr-CA"/>
        </w:rPr>
      </w:pPr>
      <w:r>
        <w:rPr>
          <w:rFonts w:ascii="Helvetica" w:hAnsi="Helvetica" w:cs="Helvetica"/>
          <w:lang w:val="fr-CA"/>
        </w:rPr>
        <w:t xml:space="preserve">Proposé par </w:t>
      </w:r>
      <w:r w:rsidRPr="003741ED">
        <w:rPr>
          <w:rFonts w:ascii="Helvetica" w:hAnsi="Helvetica" w:cs="Helvetica"/>
          <w:lang w:val="fr-CA"/>
        </w:rPr>
        <w:t xml:space="preserve"> Mme Christine </w:t>
      </w:r>
      <w:r>
        <w:rPr>
          <w:rFonts w:ascii="Helvetica" w:hAnsi="Helvetica" w:cs="Helvetica"/>
          <w:lang w:val="fr-CA"/>
        </w:rPr>
        <w:t>D’Amour et appuyé par</w:t>
      </w:r>
      <w:r w:rsidRPr="003741ED">
        <w:rPr>
          <w:rFonts w:ascii="Helvetica" w:hAnsi="Helvetica" w:cs="Helvetica"/>
          <w:lang w:val="fr-CA"/>
        </w:rPr>
        <w:t xml:space="preserve"> Manuela</w:t>
      </w:r>
      <w:r>
        <w:rPr>
          <w:rFonts w:ascii="Helvetica" w:hAnsi="Helvetica" w:cs="Helvetica"/>
          <w:lang w:val="fr-CA"/>
        </w:rPr>
        <w:t xml:space="preserve"> Traistaru</w:t>
      </w:r>
      <w:r w:rsidRPr="003741ED">
        <w:rPr>
          <w:rFonts w:ascii="Helvetica" w:hAnsi="Helvetica"/>
          <w:lang w:val="fr-CA"/>
        </w:rPr>
        <w:t xml:space="preserve">   </w:t>
      </w:r>
    </w:p>
    <w:p w14:paraId="6F076BB8" w14:textId="7035B5DF" w:rsidR="00E71185" w:rsidRDefault="00E71185" w:rsidP="00E71185">
      <w:pPr>
        <w:rPr>
          <w:rFonts w:ascii="Abadi" w:hAnsi="Abadi" w:cs="Calibri Light"/>
          <w:b/>
          <w:sz w:val="24"/>
          <w:szCs w:val="24"/>
          <w:lang w:val="fr-CA"/>
        </w:rPr>
      </w:pPr>
      <w:r w:rsidRPr="00E71185">
        <w:rPr>
          <w:rFonts w:ascii="Abadi" w:hAnsi="Abadi" w:cs="Calibri Light"/>
          <w:b/>
          <w:sz w:val="24"/>
          <w:szCs w:val="24"/>
          <w:lang w:val="fr-CA"/>
        </w:rPr>
        <w:t>CE 25-26/01</w:t>
      </w:r>
      <w:r w:rsidR="003741ED">
        <w:rPr>
          <w:rFonts w:ascii="Abadi" w:hAnsi="Abadi" w:cs="Calibri Light"/>
          <w:b/>
          <w:sz w:val="24"/>
          <w:szCs w:val="24"/>
          <w:lang w:val="fr-CA"/>
        </w:rPr>
        <w:t>8</w:t>
      </w:r>
      <w:r w:rsidRPr="00E71185">
        <w:rPr>
          <w:rFonts w:ascii="Abadi" w:hAnsi="Abadi" w:cs="Calibri Light"/>
          <w:b/>
          <w:sz w:val="24"/>
          <w:szCs w:val="24"/>
          <w:lang w:val="fr-CA"/>
        </w:rPr>
        <w:t xml:space="preserve"> : Il est proposé et appuyé de lever la séance à 20 h 30.</w:t>
      </w:r>
    </w:p>
    <w:p w14:paraId="6325481E" w14:textId="77777777" w:rsidR="003741ED" w:rsidRDefault="003741ED" w:rsidP="00E71185">
      <w:pPr>
        <w:rPr>
          <w:rFonts w:ascii="Abadi" w:hAnsi="Abadi" w:cs="Calibri Light"/>
          <w:b/>
          <w:sz w:val="24"/>
          <w:szCs w:val="24"/>
          <w:lang w:val="fr-CA"/>
        </w:rPr>
      </w:pPr>
    </w:p>
    <w:p w14:paraId="2FE6B4BC" w14:textId="77777777" w:rsidR="003741ED" w:rsidRPr="003741ED" w:rsidRDefault="003741ED" w:rsidP="003741ED">
      <w:pPr>
        <w:rPr>
          <w:rFonts w:ascii="Abadi" w:hAnsi="Abadi" w:cs="Calibri Light"/>
          <w:sz w:val="24"/>
          <w:szCs w:val="24"/>
          <w:lang w:val="fr-CA"/>
        </w:rPr>
      </w:pPr>
      <w:r w:rsidRPr="003741ED">
        <w:rPr>
          <w:rFonts w:ascii="Abadi" w:hAnsi="Abadi" w:cs="Calibri Light"/>
          <w:sz w:val="24"/>
          <w:szCs w:val="24"/>
          <w:lang w:val="fr-CA"/>
        </w:rPr>
        <w:t>Prochaine rencontre : le mardi 27 janvier 2026</w:t>
      </w:r>
    </w:p>
    <w:p w14:paraId="1F012A23" w14:textId="77777777" w:rsidR="003741ED" w:rsidRPr="00E71185" w:rsidRDefault="003741ED" w:rsidP="00E71185">
      <w:pPr>
        <w:rPr>
          <w:rFonts w:ascii="Abadi" w:hAnsi="Abadi" w:cs="Calibri Light"/>
          <w:sz w:val="24"/>
          <w:szCs w:val="24"/>
          <w:lang w:val="fr-CA"/>
        </w:rPr>
      </w:pPr>
    </w:p>
    <w:p w14:paraId="309F6C38" w14:textId="77777777" w:rsidR="00E71185" w:rsidRPr="00E71185" w:rsidRDefault="00E71185" w:rsidP="006554BA">
      <w:pPr>
        <w:widowControl w:val="0"/>
        <w:tabs>
          <w:tab w:val="left" w:pos="20"/>
          <w:tab w:val="left" w:pos="740"/>
          <w:tab w:val="right" w:pos="8640"/>
          <w:tab w:val="right" w:pos="9340"/>
        </w:tabs>
        <w:spacing w:line="360" w:lineRule="auto"/>
        <w:ind w:left="1080"/>
        <w:jc w:val="both"/>
        <w:rPr>
          <w:rFonts w:ascii="Abadi" w:eastAsia="Helvetica" w:hAnsi="Abadi" w:cs="Helvetica"/>
          <w:color w:val="6C6C6C"/>
          <w:sz w:val="24"/>
          <w:szCs w:val="24"/>
          <w:u w:color="6D6D6D"/>
          <w:lang w:val="fr-CA"/>
        </w:rPr>
      </w:pPr>
    </w:p>
    <w:p w14:paraId="52D0D08A" w14:textId="77777777" w:rsidR="006554BA" w:rsidRPr="00E71185" w:rsidRDefault="006554BA" w:rsidP="006554BA">
      <w:pPr>
        <w:widowControl w:val="0"/>
        <w:tabs>
          <w:tab w:val="right" w:pos="720"/>
        </w:tabs>
        <w:spacing w:line="360" w:lineRule="auto"/>
        <w:rPr>
          <w:rFonts w:ascii="Abadi" w:eastAsia="Helvetica" w:hAnsi="Abadi" w:cs="Helvetica"/>
          <w:sz w:val="24"/>
          <w:szCs w:val="24"/>
          <w:u w:color="6D6D6D"/>
          <w:lang w:val="fr-CA"/>
        </w:rPr>
      </w:pPr>
    </w:p>
    <w:p w14:paraId="28520FB0" w14:textId="77777777" w:rsidR="006554BA" w:rsidRPr="00E71185" w:rsidRDefault="006554BA" w:rsidP="006554BA">
      <w:pPr>
        <w:rPr>
          <w:rFonts w:ascii="Abadi" w:hAnsi="Abadi" w:cs="Calibri Light"/>
          <w:sz w:val="24"/>
          <w:szCs w:val="24"/>
          <w:lang w:val="fr-CA"/>
        </w:rPr>
      </w:pPr>
    </w:p>
    <w:p w14:paraId="69F98FEE" w14:textId="44FEBF41" w:rsidR="00A913C0" w:rsidRPr="00E71185" w:rsidRDefault="00000000" w:rsidP="00E71185">
      <w:pPr>
        <w:rPr>
          <w:rFonts w:ascii="Abadi" w:hAnsi="Abadi" w:cs="Calibri Light"/>
          <w:sz w:val="24"/>
          <w:szCs w:val="24"/>
          <w:lang w:val="fr-CA"/>
        </w:rPr>
      </w:pPr>
      <w:r w:rsidRPr="00E71185">
        <w:rPr>
          <w:rFonts w:ascii="Abadi" w:hAnsi="Abadi" w:cs="Calibri Light"/>
          <w:b/>
          <w:sz w:val="24"/>
          <w:szCs w:val="24"/>
          <w:lang w:val="fr-CA"/>
        </w:rPr>
        <w:br/>
      </w:r>
    </w:p>
    <w:sectPr w:rsidR="00A913C0" w:rsidRPr="00E71185"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D07EB" w14:textId="77777777" w:rsidR="000211C8" w:rsidRDefault="000211C8" w:rsidP="006554BA">
      <w:pPr>
        <w:spacing w:after="0" w:line="240" w:lineRule="auto"/>
      </w:pPr>
      <w:r>
        <w:separator/>
      </w:r>
    </w:p>
  </w:endnote>
  <w:endnote w:type="continuationSeparator" w:id="0">
    <w:p w14:paraId="271AA5BB" w14:textId="77777777" w:rsidR="000211C8" w:rsidRDefault="000211C8" w:rsidP="00655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Neue">
    <w:altName w:val="Arial"/>
    <w:charset w:val="00"/>
    <w:family w:val="roman"/>
    <w:pitch w:val="default"/>
  </w:font>
  <w:font w:name="Abadi">
    <w:charset w:val="00"/>
    <w:family w:val="swiss"/>
    <w:pitch w:val="variable"/>
    <w:sig w:usb0="80000003"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0D6EB" w14:textId="77777777" w:rsidR="000211C8" w:rsidRDefault="000211C8" w:rsidP="006554BA">
      <w:pPr>
        <w:spacing w:after="0" w:line="240" w:lineRule="auto"/>
      </w:pPr>
      <w:r>
        <w:separator/>
      </w:r>
    </w:p>
  </w:footnote>
  <w:footnote w:type="continuationSeparator" w:id="0">
    <w:p w14:paraId="21433D83" w14:textId="77777777" w:rsidR="000211C8" w:rsidRDefault="000211C8" w:rsidP="00655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ABEFE" w14:textId="77777777" w:rsidR="006554BA" w:rsidRDefault="006554BA" w:rsidP="006554BA">
    <w:pPr>
      <w:pStyle w:val="BodyA"/>
      <w:widowControl w:val="0"/>
    </w:pPr>
    <w:r>
      <w:rPr>
        <w:noProof/>
        <w:lang w:val="en-CA" w:eastAsia="en-CA"/>
      </w:rPr>
      <mc:AlternateContent>
        <mc:Choice Requires="wps">
          <w:drawing>
            <wp:anchor distT="152400" distB="152400" distL="152400" distR="152400" simplePos="0" relativeHeight="251659264" behindDoc="1" locked="0" layoutInCell="1" allowOverlap="1" wp14:anchorId="588DCFBE" wp14:editId="53679213">
              <wp:simplePos x="0" y="0"/>
              <wp:positionH relativeFrom="page">
                <wp:posOffset>966468</wp:posOffset>
              </wp:positionH>
              <wp:positionV relativeFrom="page">
                <wp:posOffset>9601200</wp:posOffset>
              </wp:positionV>
              <wp:extent cx="5943608" cy="0"/>
              <wp:effectExtent l="0" t="0" r="0" b="0"/>
              <wp:wrapNone/>
              <wp:docPr id="1073741826" name="officeArt object" descr="Line"/>
              <wp:cNvGraphicFramePr/>
              <a:graphic xmlns:a="http://schemas.openxmlformats.org/drawingml/2006/main">
                <a:graphicData uri="http://schemas.microsoft.com/office/word/2010/wordprocessingShape">
                  <wps:wsp>
                    <wps:cNvCnPr/>
                    <wps:spPr>
                      <a:xfrm>
                        <a:off x="0" y="0"/>
                        <a:ext cx="5943608" cy="0"/>
                      </a:xfrm>
                      <a:prstGeom prst="line">
                        <a:avLst/>
                      </a:prstGeom>
                      <a:noFill/>
                      <a:ln w="15875" cap="flat">
                        <a:solidFill>
                          <a:srgbClr val="000000"/>
                        </a:solidFill>
                        <a:prstDash val="solid"/>
                        <a:round/>
                        <a:headEnd type="diamond" w="med" len="med"/>
                        <a:tailEnd type="diamond" w="med" len="med"/>
                      </a:ln>
                      <a:effectLst/>
                    </wps:spPr>
                    <wps:bodyPr/>
                  </wps:wsp>
                </a:graphicData>
              </a:graphic>
            </wp:anchor>
          </w:drawing>
        </mc:Choice>
        <mc:Fallback>
          <w:pict>
            <v:line w14:anchorId="180E46DC" id="officeArt object" o:spid="_x0000_s1026" alt="Line" style="position:absolute;z-index:-251657216;visibility:visible;mso-wrap-style:square;mso-wrap-distance-left:12pt;mso-wrap-distance-top:12pt;mso-wrap-distance-right:12pt;mso-wrap-distance-bottom:12pt;mso-position-horizontal:absolute;mso-position-horizontal-relative:page;mso-position-vertical:absolute;mso-position-vertical-relative:page" from="76.1pt,756pt" to="544.1pt,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" strokeweight="1.25pt">
              <v:stroke startarrow="diamond" endarrow="diamond"/>
              <w10:wrap anchorx="page" anchory="page"/>
            </v:line>
          </w:pict>
        </mc:Fallback>
      </mc:AlternateContent>
    </w:r>
    <w:r>
      <w:rPr>
        <w:noProof/>
        <w:kern w:val="0"/>
        <w:sz w:val="24"/>
        <w:szCs w:val="24"/>
        <w:lang w:val="en-CA" w:eastAsia="en-CA"/>
      </w:rPr>
      <w:drawing>
        <wp:inline distT="0" distB="0" distL="0" distR="0" wp14:anchorId="475BCBE0" wp14:editId="27A93C93">
          <wp:extent cx="2070100" cy="825500"/>
          <wp:effectExtent l="0" t="0" r="0" b="0"/>
          <wp:docPr id="1073741825" name="officeArt object" descr="image.png"/>
          <wp:cNvGraphicFramePr/>
          <a:graphic xmlns:a="http://schemas.openxmlformats.org/drawingml/2006/main">
            <a:graphicData uri="http://schemas.openxmlformats.org/drawingml/2006/picture">
              <pic:pic xmlns:pic="http://schemas.openxmlformats.org/drawingml/2006/picture">
                <pic:nvPicPr>
                  <pic:cNvPr id="1073741825" name="image.png" descr="image.png"/>
                  <pic:cNvPicPr>
                    <a:picLocks noChangeAspect="1"/>
                  </pic:cNvPicPr>
                </pic:nvPicPr>
                <pic:blipFill>
                  <a:blip r:embed="rId1"/>
                  <a:stretch>
                    <a:fillRect/>
                  </a:stretch>
                </pic:blipFill>
                <pic:spPr>
                  <a:xfrm>
                    <a:off x="0" y="0"/>
                    <a:ext cx="2070100" cy="825500"/>
                  </a:xfrm>
                  <a:prstGeom prst="rect">
                    <a:avLst/>
                  </a:prstGeom>
                  <a:ln w="12700" cap="flat">
                    <a:noFill/>
                    <a:miter lim="400000"/>
                  </a:ln>
                  <a:effectLst/>
                </pic:spPr>
              </pic:pic>
            </a:graphicData>
          </a:graphic>
        </wp:inline>
      </w:drawing>
    </w:r>
    <w:r>
      <w:rPr>
        <w:kern w:val="0"/>
        <w:sz w:val="24"/>
        <w:szCs w:val="24"/>
      </w:rPr>
      <w:t xml:space="preserve"> </w:t>
    </w:r>
  </w:p>
  <w:p w14:paraId="396CF26B" w14:textId="77777777" w:rsidR="006554BA" w:rsidRDefault="006554B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239C6047"/>
    <w:multiLevelType w:val="multilevel"/>
    <w:tmpl w:val="932432C0"/>
    <w:styleLink w:val="ImportedStyle2"/>
    <w:lvl w:ilvl="0">
      <w:start w:val="1"/>
      <w:numFmt w:val="decimal"/>
      <w:lvlText w:val="%1."/>
      <w:lvlJc w:val="left"/>
      <w:pPr>
        <w:tabs>
          <w:tab w:val="left" w:pos="20"/>
          <w:tab w:val="right" w:pos="9340"/>
        </w:tabs>
        <w:ind w:left="740" w:hanging="74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20"/>
          <w:tab w:val="right" w:pos="9340"/>
        </w:tabs>
        <w:ind w:left="51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0"/>
          <w:tab w:val="right" w:pos="9340"/>
        </w:tabs>
        <w:ind w:left="8620" w:hanging="86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0"/>
          <w:tab w:val="right" w:pos="9340"/>
        </w:tabs>
        <w:ind w:left="15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0"/>
          <w:tab w:val="right" w:pos="9340"/>
        </w:tabs>
        <w:ind w:left="15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0"/>
          <w:tab w:val="right" w:pos="9340"/>
        </w:tabs>
        <w:ind w:left="15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0"/>
          <w:tab w:val="right" w:pos="9340"/>
        </w:tabs>
        <w:ind w:left="15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0"/>
          <w:tab w:val="right" w:pos="9340"/>
        </w:tabs>
        <w:ind w:left="156" w:hanging="156"/>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0"/>
          <w:tab w:val="right" w:pos="9340"/>
        </w:tabs>
        <w:ind w:left="156" w:hanging="156"/>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ECD39B1"/>
    <w:multiLevelType w:val="multilevel"/>
    <w:tmpl w:val="932432C0"/>
    <w:numStyleLink w:val="ImportedStyle2"/>
  </w:abstractNum>
  <w:abstractNum w:abstractNumId="11" w15:restartNumberingAfterBreak="0">
    <w:nsid w:val="37AE3C1A"/>
    <w:multiLevelType w:val="hybridMultilevel"/>
    <w:tmpl w:val="9522D1B0"/>
    <w:lvl w:ilvl="0" w:tplc="027A5F82">
      <w:start w:val="13"/>
      <w:numFmt w:val="bullet"/>
      <w:lvlText w:val=""/>
      <w:lvlJc w:val="left"/>
      <w:pPr>
        <w:ind w:left="927" w:hanging="360"/>
      </w:pPr>
      <w:rPr>
        <w:rFonts w:ascii="Symbol" w:eastAsiaTheme="minorEastAsia" w:hAnsi="Symbol" w:cs="Helvetica" w:hint="default"/>
      </w:rPr>
    </w:lvl>
    <w:lvl w:ilvl="1" w:tplc="0C0C0003" w:tentative="1">
      <w:start w:val="1"/>
      <w:numFmt w:val="bullet"/>
      <w:lvlText w:val="o"/>
      <w:lvlJc w:val="left"/>
      <w:pPr>
        <w:ind w:left="1647" w:hanging="360"/>
      </w:pPr>
      <w:rPr>
        <w:rFonts w:ascii="Courier New" w:hAnsi="Courier New" w:cs="Courier New" w:hint="default"/>
      </w:rPr>
    </w:lvl>
    <w:lvl w:ilvl="2" w:tplc="0C0C0005" w:tentative="1">
      <w:start w:val="1"/>
      <w:numFmt w:val="bullet"/>
      <w:lvlText w:val=""/>
      <w:lvlJc w:val="left"/>
      <w:pPr>
        <w:ind w:left="2367" w:hanging="360"/>
      </w:pPr>
      <w:rPr>
        <w:rFonts w:ascii="Wingdings" w:hAnsi="Wingdings" w:hint="default"/>
      </w:rPr>
    </w:lvl>
    <w:lvl w:ilvl="3" w:tplc="0C0C0001" w:tentative="1">
      <w:start w:val="1"/>
      <w:numFmt w:val="bullet"/>
      <w:lvlText w:val=""/>
      <w:lvlJc w:val="left"/>
      <w:pPr>
        <w:ind w:left="3087" w:hanging="360"/>
      </w:pPr>
      <w:rPr>
        <w:rFonts w:ascii="Symbol" w:hAnsi="Symbol" w:hint="default"/>
      </w:rPr>
    </w:lvl>
    <w:lvl w:ilvl="4" w:tplc="0C0C0003" w:tentative="1">
      <w:start w:val="1"/>
      <w:numFmt w:val="bullet"/>
      <w:lvlText w:val="o"/>
      <w:lvlJc w:val="left"/>
      <w:pPr>
        <w:ind w:left="3807" w:hanging="360"/>
      </w:pPr>
      <w:rPr>
        <w:rFonts w:ascii="Courier New" w:hAnsi="Courier New" w:cs="Courier New" w:hint="default"/>
      </w:rPr>
    </w:lvl>
    <w:lvl w:ilvl="5" w:tplc="0C0C0005" w:tentative="1">
      <w:start w:val="1"/>
      <w:numFmt w:val="bullet"/>
      <w:lvlText w:val=""/>
      <w:lvlJc w:val="left"/>
      <w:pPr>
        <w:ind w:left="4527" w:hanging="360"/>
      </w:pPr>
      <w:rPr>
        <w:rFonts w:ascii="Wingdings" w:hAnsi="Wingdings" w:hint="default"/>
      </w:rPr>
    </w:lvl>
    <w:lvl w:ilvl="6" w:tplc="0C0C0001" w:tentative="1">
      <w:start w:val="1"/>
      <w:numFmt w:val="bullet"/>
      <w:lvlText w:val=""/>
      <w:lvlJc w:val="left"/>
      <w:pPr>
        <w:ind w:left="5247" w:hanging="360"/>
      </w:pPr>
      <w:rPr>
        <w:rFonts w:ascii="Symbol" w:hAnsi="Symbol" w:hint="default"/>
      </w:rPr>
    </w:lvl>
    <w:lvl w:ilvl="7" w:tplc="0C0C0003" w:tentative="1">
      <w:start w:val="1"/>
      <w:numFmt w:val="bullet"/>
      <w:lvlText w:val="o"/>
      <w:lvlJc w:val="left"/>
      <w:pPr>
        <w:ind w:left="5967" w:hanging="360"/>
      </w:pPr>
      <w:rPr>
        <w:rFonts w:ascii="Courier New" w:hAnsi="Courier New" w:cs="Courier New" w:hint="default"/>
      </w:rPr>
    </w:lvl>
    <w:lvl w:ilvl="8" w:tplc="0C0C0005" w:tentative="1">
      <w:start w:val="1"/>
      <w:numFmt w:val="bullet"/>
      <w:lvlText w:val=""/>
      <w:lvlJc w:val="left"/>
      <w:pPr>
        <w:ind w:left="6687" w:hanging="360"/>
      </w:pPr>
      <w:rPr>
        <w:rFonts w:ascii="Wingdings" w:hAnsi="Wingdings" w:hint="default"/>
      </w:rPr>
    </w:lvl>
  </w:abstractNum>
  <w:abstractNum w:abstractNumId="12" w15:restartNumberingAfterBreak="0">
    <w:nsid w:val="41A528B3"/>
    <w:multiLevelType w:val="multilevel"/>
    <w:tmpl w:val="16700440"/>
    <w:styleLink w:val="ImportedStyle1"/>
    <w:lvl w:ilvl="0">
      <w:start w:val="1"/>
      <w:numFmt w:val="decimal"/>
      <w:lvlText w:val="%1."/>
      <w:lvlJc w:val="left"/>
      <w:pPr>
        <w:tabs>
          <w:tab w:val="right" w:pos="934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567"/>
          <w:tab w:val="right" w:pos="9340"/>
        </w:tabs>
        <w:ind w:left="567" w:hanging="20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right" w:pos="9340"/>
        </w:tabs>
        <w:ind w:left="8620" w:hanging="86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left" w:pos="567"/>
          <w:tab w:val="right" w:pos="9340"/>
        </w:tabs>
        <w:ind w:left="8260" w:hanging="82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567"/>
          <w:tab w:val="right" w:pos="9340"/>
        </w:tabs>
        <w:ind w:left="7900" w:hanging="790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left" w:pos="567"/>
          <w:tab w:val="right" w:pos="9340"/>
        </w:tabs>
        <w:ind w:left="7540" w:hanging="75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left" w:pos="567"/>
          <w:tab w:val="right" w:pos="9340"/>
        </w:tabs>
        <w:ind w:left="7180" w:hanging="71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left" w:pos="567"/>
          <w:tab w:val="right" w:pos="9340"/>
        </w:tabs>
        <w:ind w:left="6820" w:hanging="68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left" w:pos="567"/>
          <w:tab w:val="right" w:pos="9340"/>
        </w:tabs>
        <w:ind w:left="6460" w:hanging="64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DFF5D30"/>
    <w:multiLevelType w:val="hybridMultilevel"/>
    <w:tmpl w:val="EE8034E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744377E9"/>
    <w:multiLevelType w:val="multilevel"/>
    <w:tmpl w:val="16700440"/>
    <w:numStyleLink w:val="ImportedStyle1"/>
  </w:abstractNum>
  <w:num w:numId="1" w16cid:durableId="1610774910">
    <w:abstractNumId w:val="8"/>
  </w:num>
  <w:num w:numId="2" w16cid:durableId="825902458">
    <w:abstractNumId w:val="6"/>
  </w:num>
  <w:num w:numId="3" w16cid:durableId="301228723">
    <w:abstractNumId w:val="5"/>
  </w:num>
  <w:num w:numId="4" w16cid:durableId="1421878130">
    <w:abstractNumId w:val="4"/>
  </w:num>
  <w:num w:numId="5" w16cid:durableId="1749570499">
    <w:abstractNumId w:val="7"/>
  </w:num>
  <w:num w:numId="6" w16cid:durableId="942298500">
    <w:abstractNumId w:val="3"/>
  </w:num>
  <w:num w:numId="7" w16cid:durableId="595788733">
    <w:abstractNumId w:val="2"/>
  </w:num>
  <w:num w:numId="8" w16cid:durableId="708996483">
    <w:abstractNumId w:val="1"/>
  </w:num>
  <w:num w:numId="9" w16cid:durableId="1401948847">
    <w:abstractNumId w:val="0"/>
  </w:num>
  <w:num w:numId="10" w16cid:durableId="779488866">
    <w:abstractNumId w:val="9"/>
  </w:num>
  <w:num w:numId="11" w16cid:durableId="696809152">
    <w:abstractNumId w:val="10"/>
  </w:num>
  <w:num w:numId="12" w16cid:durableId="1998265081">
    <w:abstractNumId w:val="13"/>
  </w:num>
  <w:num w:numId="13" w16cid:durableId="2145459753">
    <w:abstractNumId w:val="12"/>
  </w:num>
  <w:num w:numId="14" w16cid:durableId="565454868">
    <w:abstractNumId w:val="14"/>
  </w:num>
  <w:num w:numId="15" w16cid:durableId="1869104703">
    <w:abstractNumId w:val="14"/>
    <w:lvlOverride w:ilvl="0">
      <w:lvl w:ilvl="0">
        <w:start w:val="1"/>
        <w:numFmt w:val="decimal"/>
        <w:lvlText w:val="%1."/>
        <w:lvlJc w:val="left"/>
        <w:pPr>
          <w:tabs>
            <w:tab w:val="left" w:pos="740"/>
            <w:tab w:val="right" w:pos="934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567"/>
            <w:tab w:val="left" w:pos="740"/>
            <w:tab w:val="right" w:pos="9340"/>
          </w:tabs>
          <w:ind w:left="567" w:hanging="2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right" w:pos="9340"/>
          </w:tabs>
          <w:ind w:left="8620" w:hanging="86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567"/>
            <w:tab w:val="right" w:pos="9340"/>
          </w:tabs>
          <w:ind w:left="8260" w:hanging="82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567"/>
            <w:tab w:val="left" w:pos="740"/>
            <w:tab w:val="right" w:pos="9340"/>
          </w:tabs>
          <w:ind w:left="7900" w:hanging="7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567"/>
            <w:tab w:val="left" w:pos="740"/>
            <w:tab w:val="right" w:pos="9340"/>
          </w:tabs>
          <w:ind w:left="7540" w:hanging="7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567"/>
            <w:tab w:val="left" w:pos="740"/>
            <w:tab w:val="right" w:pos="9340"/>
          </w:tabs>
          <w:ind w:left="7180" w:hanging="7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567"/>
            <w:tab w:val="left" w:pos="740"/>
            <w:tab w:val="right" w:pos="9340"/>
          </w:tabs>
          <w:ind w:left="6820" w:hanging="68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567"/>
            <w:tab w:val="left" w:pos="740"/>
            <w:tab w:val="right" w:pos="9340"/>
          </w:tabs>
          <w:ind w:left="6460" w:hanging="64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16cid:durableId="982587171">
    <w:abstractNumId w:val="14"/>
    <w:lvlOverride w:ilvl="0">
      <w:lvl w:ilvl="0">
        <w:start w:val="1"/>
        <w:numFmt w:val="decimal"/>
        <w:lvlText w:val="%1."/>
        <w:lvlJc w:val="left"/>
        <w:pPr>
          <w:tabs>
            <w:tab w:val="left" w:pos="20"/>
            <w:tab w:val="left" w:pos="740"/>
            <w:tab w:val="right" w:pos="9340"/>
            <w:tab w:val="right" w:pos="9498"/>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20"/>
            <w:tab w:val="left" w:pos="567"/>
            <w:tab w:val="left" w:pos="740"/>
            <w:tab w:val="right" w:pos="851"/>
            <w:tab w:val="right" w:pos="9340"/>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20"/>
            <w:tab w:val="left" w:pos="567"/>
            <w:tab w:val="left" w:pos="740"/>
            <w:tab w:val="right" w:pos="851"/>
            <w:tab w:val="right" w:pos="9340"/>
          </w:tabs>
          <w:ind w:left="1076" w:hanging="3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20"/>
            <w:tab w:val="left" w:pos="567"/>
            <w:tab w:val="num" w:pos="8260"/>
            <w:tab w:val="right" w:pos="9340"/>
          </w:tabs>
          <w:ind w:left="8485" w:hanging="84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20"/>
            <w:tab w:val="left" w:pos="567"/>
            <w:tab w:val="left" w:pos="740"/>
            <w:tab w:val="right" w:pos="851"/>
            <w:tab w:val="num" w:pos="7900"/>
            <w:tab w:val="right" w:pos="9340"/>
          </w:tabs>
          <w:ind w:left="8125" w:hanging="81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20"/>
            <w:tab w:val="left" w:pos="567"/>
            <w:tab w:val="left" w:pos="740"/>
            <w:tab w:val="right" w:pos="851"/>
            <w:tab w:val="num" w:pos="7540"/>
            <w:tab w:val="right" w:pos="9340"/>
          </w:tabs>
          <w:ind w:left="7765" w:hanging="776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20"/>
            <w:tab w:val="left" w:pos="567"/>
            <w:tab w:val="left" w:pos="740"/>
            <w:tab w:val="right" w:pos="851"/>
            <w:tab w:val="num" w:pos="7180"/>
            <w:tab w:val="right" w:pos="9340"/>
          </w:tabs>
          <w:ind w:left="7405" w:hanging="74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20"/>
            <w:tab w:val="left" w:pos="567"/>
            <w:tab w:val="left" w:pos="740"/>
            <w:tab w:val="right" w:pos="851"/>
            <w:tab w:val="num" w:pos="6820"/>
            <w:tab w:val="right" w:pos="9340"/>
          </w:tabs>
          <w:ind w:left="7045" w:hanging="70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20"/>
            <w:tab w:val="left" w:pos="567"/>
            <w:tab w:val="left" w:pos="740"/>
            <w:tab w:val="right" w:pos="851"/>
            <w:tab w:val="num" w:pos="6460"/>
            <w:tab w:val="right" w:pos="9340"/>
          </w:tabs>
          <w:ind w:left="6685" w:hanging="668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16cid:durableId="1293364418">
    <w:abstractNumId w:val="14"/>
    <w:lvlOverride w:ilvl="0">
      <w:lvl w:ilvl="0">
        <w:start w:val="1"/>
        <w:numFmt w:val="decimal"/>
        <w:lvlText w:val="%1."/>
        <w:lvlJc w:val="left"/>
        <w:pPr>
          <w:tabs>
            <w:tab w:val="left" w:pos="20"/>
            <w:tab w:val="left" w:pos="740"/>
            <w:tab w:val="right" w:pos="851"/>
            <w:tab w:val="right" w:pos="8622"/>
            <w:tab w:val="right" w:pos="8622"/>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20"/>
            <w:tab w:val="left" w:pos="567"/>
            <w:tab w:val="left" w:pos="740"/>
            <w:tab w:val="right" w:pos="851"/>
            <w:tab w:val="right" w:pos="8622"/>
            <w:tab w:val="right" w:pos="8622"/>
          </w:tabs>
          <w:ind w:left="567" w:hanging="2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20"/>
            <w:tab w:val="left" w:pos="567"/>
            <w:tab w:val="left" w:pos="740"/>
            <w:tab w:val="right" w:pos="851"/>
            <w:tab w:val="right" w:pos="8622"/>
            <w:tab w:val="right" w:pos="8622"/>
          </w:tabs>
          <w:ind w:left="851" w:hanging="1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20"/>
            <w:tab w:val="left" w:pos="567"/>
            <w:tab w:val="right" w:pos="8622"/>
            <w:tab w:val="right" w:pos="8622"/>
          </w:tabs>
          <w:ind w:left="8260" w:hanging="82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20"/>
            <w:tab w:val="left" w:pos="567"/>
            <w:tab w:val="left" w:pos="740"/>
            <w:tab w:val="right" w:pos="851"/>
            <w:tab w:val="right" w:pos="8622"/>
            <w:tab w:val="right" w:pos="8622"/>
          </w:tabs>
          <w:ind w:left="7900" w:hanging="7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20"/>
            <w:tab w:val="left" w:pos="567"/>
            <w:tab w:val="left" w:pos="740"/>
            <w:tab w:val="right" w:pos="851"/>
            <w:tab w:val="right" w:pos="8622"/>
            <w:tab w:val="right" w:pos="8622"/>
          </w:tabs>
          <w:ind w:left="7540" w:hanging="7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20"/>
            <w:tab w:val="left" w:pos="567"/>
            <w:tab w:val="left" w:pos="740"/>
            <w:tab w:val="right" w:pos="851"/>
            <w:tab w:val="right" w:pos="8622"/>
            <w:tab w:val="right" w:pos="8622"/>
          </w:tabs>
          <w:ind w:left="7180" w:hanging="7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20"/>
            <w:tab w:val="left" w:pos="567"/>
            <w:tab w:val="left" w:pos="740"/>
            <w:tab w:val="right" w:pos="851"/>
            <w:tab w:val="right" w:pos="8622"/>
            <w:tab w:val="right" w:pos="8622"/>
          </w:tabs>
          <w:ind w:left="6820" w:hanging="68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20"/>
            <w:tab w:val="left" w:pos="567"/>
            <w:tab w:val="left" w:pos="740"/>
            <w:tab w:val="right" w:pos="851"/>
            <w:tab w:val="right" w:pos="8622"/>
            <w:tab w:val="right" w:pos="8622"/>
          </w:tabs>
          <w:ind w:left="6460" w:hanging="64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350112032">
    <w:abstractNumId w:val="14"/>
    <w:lvlOverride w:ilvl="0">
      <w:lvl w:ilvl="0">
        <w:start w:val="1"/>
        <w:numFmt w:val="decimal"/>
        <w:lvlText w:val="%1."/>
        <w:lvlJc w:val="left"/>
        <w:pPr>
          <w:tabs>
            <w:tab w:val="left" w:pos="20"/>
            <w:tab w:val="left" w:pos="740"/>
            <w:tab w:val="right" w:pos="934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20"/>
            <w:tab w:val="left" w:pos="567"/>
            <w:tab w:val="left" w:pos="740"/>
            <w:tab w:val="right" w:pos="9340"/>
          </w:tabs>
          <w:ind w:left="567" w:hanging="2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20"/>
            <w:tab w:val="right" w:pos="9340"/>
          </w:tabs>
          <w:ind w:left="8620" w:hanging="86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20"/>
            <w:tab w:val="left" w:pos="567"/>
            <w:tab w:val="right" w:pos="9340"/>
          </w:tabs>
          <w:ind w:left="8260" w:hanging="82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20"/>
            <w:tab w:val="left" w:pos="567"/>
            <w:tab w:val="left" w:pos="740"/>
            <w:tab w:val="right" w:pos="9340"/>
          </w:tabs>
          <w:ind w:left="7900" w:hanging="7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20"/>
            <w:tab w:val="left" w:pos="567"/>
            <w:tab w:val="left" w:pos="740"/>
            <w:tab w:val="right" w:pos="9340"/>
          </w:tabs>
          <w:ind w:left="7540" w:hanging="7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20"/>
            <w:tab w:val="left" w:pos="567"/>
            <w:tab w:val="left" w:pos="740"/>
            <w:tab w:val="right" w:pos="9340"/>
          </w:tabs>
          <w:ind w:left="7180" w:hanging="7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20"/>
            <w:tab w:val="left" w:pos="567"/>
            <w:tab w:val="left" w:pos="740"/>
            <w:tab w:val="right" w:pos="9340"/>
          </w:tabs>
          <w:ind w:left="6820" w:hanging="68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20"/>
            <w:tab w:val="left" w:pos="567"/>
            <w:tab w:val="left" w:pos="740"/>
            <w:tab w:val="right" w:pos="9340"/>
          </w:tabs>
          <w:ind w:left="6460" w:hanging="64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16cid:durableId="3452089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1C8"/>
    <w:rsid w:val="00034616"/>
    <w:rsid w:val="0006063C"/>
    <w:rsid w:val="000C6569"/>
    <w:rsid w:val="0015074B"/>
    <w:rsid w:val="00156DDF"/>
    <w:rsid w:val="0029639D"/>
    <w:rsid w:val="00326F90"/>
    <w:rsid w:val="003741ED"/>
    <w:rsid w:val="005419A4"/>
    <w:rsid w:val="006554BA"/>
    <w:rsid w:val="00A7047B"/>
    <w:rsid w:val="00A913C0"/>
    <w:rsid w:val="00AA1D8D"/>
    <w:rsid w:val="00B47730"/>
    <w:rsid w:val="00CB0664"/>
    <w:rsid w:val="00E71185"/>
    <w:rsid w:val="00F92E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9DF8FD"/>
  <w14:defaultImageDpi w14:val="300"/>
  <w15:docId w15:val="{A4A1918A-C76A-42E3-A6E9-AAFFC833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A">
    <w:name w:val="Body A"/>
    <w:rsid w:val="006554BA"/>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28"/>
      <w:sz w:val="20"/>
      <w:szCs w:val="20"/>
      <w:u w:color="000000"/>
      <w:bdr w:val="nil"/>
      <w:lang w:val="fr-FR" w:eastAsia="fr-CA"/>
      <w14:textOutline w14:w="12700" w14:cap="flat" w14:cmpd="sng" w14:algn="ctr">
        <w14:noFill/>
        <w14:prstDash w14:val="solid"/>
        <w14:miter w14:lim="400000"/>
      </w14:textOutline>
    </w:rPr>
  </w:style>
  <w:style w:type="table" w:customStyle="1" w:styleId="TableNormal1">
    <w:name w:val="Table Normal1"/>
    <w:rsid w:val="006554B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fr-CA" w:eastAsia="fr-CA"/>
    </w:rPr>
    <w:tblPr>
      <w:tblInd w:w="0" w:type="dxa"/>
      <w:tblCellMar>
        <w:top w:w="0" w:type="dxa"/>
        <w:left w:w="0" w:type="dxa"/>
        <w:bottom w:w="0" w:type="dxa"/>
        <w:right w:w="0" w:type="dxa"/>
      </w:tblCellMar>
    </w:tblPr>
  </w:style>
  <w:style w:type="character" w:customStyle="1" w:styleId="None">
    <w:name w:val="None"/>
    <w:rsid w:val="006554BA"/>
  </w:style>
  <w:style w:type="paragraph" w:customStyle="1" w:styleId="BodyB">
    <w:name w:val="Body B"/>
    <w:rsid w:val="006554B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fr-FR" w:eastAsia="fr-CA"/>
      <w14:textOutline w14:w="12700" w14:cap="flat" w14:cmpd="sng" w14:algn="ctr">
        <w14:noFill/>
        <w14:prstDash w14:val="solid"/>
        <w14:miter w14:lim="400000"/>
      </w14:textOutline>
    </w:rPr>
  </w:style>
  <w:style w:type="paragraph" w:customStyle="1" w:styleId="Body">
    <w:name w:val="Body"/>
    <w:rsid w:val="006554B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fr-FR" w:eastAsia="fr-CA"/>
      <w14:textOutline w14:w="0" w14:cap="flat" w14:cmpd="sng" w14:algn="ctr">
        <w14:noFill/>
        <w14:prstDash w14:val="solid"/>
        <w14:bevel/>
      </w14:textOutline>
    </w:rPr>
  </w:style>
  <w:style w:type="numbering" w:customStyle="1" w:styleId="ImportedStyle2">
    <w:name w:val="Imported Style 2"/>
    <w:rsid w:val="006554BA"/>
    <w:pPr>
      <w:numPr>
        <w:numId w:val="10"/>
      </w:numPr>
    </w:pPr>
  </w:style>
  <w:style w:type="paragraph" w:customStyle="1" w:styleId="BodyAAA">
    <w:name w:val="Body A A A"/>
    <w:rsid w:val="006554BA"/>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28"/>
      <w:sz w:val="20"/>
      <w:szCs w:val="20"/>
      <w:u w:color="000000"/>
      <w:bdr w:val="nil"/>
      <w:lang w:eastAsia="fr-CA"/>
    </w:rPr>
  </w:style>
  <w:style w:type="paragraph" w:customStyle="1" w:styleId="BodyBA">
    <w:name w:val="Body B A"/>
    <w:rsid w:val="006554B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fr-CA"/>
      <w14:textOutline w14:w="12700" w14:cap="flat" w14:cmpd="sng" w14:algn="ctr">
        <w14:noFill/>
        <w14:prstDash w14:val="solid"/>
        <w14:miter w14:lim="400000"/>
      </w14:textOutline>
    </w:rPr>
  </w:style>
  <w:style w:type="paragraph" w:customStyle="1" w:styleId="Default">
    <w:name w:val="Default"/>
    <w:rsid w:val="006554BA"/>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fr-FR" w:eastAsia="fr-CA"/>
      <w14:textOutline w14:w="0" w14:cap="flat" w14:cmpd="sng" w14:algn="ctr">
        <w14:noFill/>
        <w14:prstDash w14:val="solid"/>
        <w14:bevel/>
      </w14:textOutline>
    </w:rPr>
  </w:style>
  <w:style w:type="paragraph" w:customStyle="1" w:styleId="BodyBAA">
    <w:name w:val="Body B A A"/>
    <w:rsid w:val="006554B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fr-CA"/>
      <w14:textOutline w14:w="12700" w14:cap="flat" w14:cmpd="sng" w14:algn="ctr">
        <w14:noFill/>
        <w14:prstDash w14:val="solid"/>
        <w14:miter w14:lim="400000"/>
      </w14:textOutline>
    </w:rPr>
  </w:style>
  <w:style w:type="numbering" w:customStyle="1" w:styleId="ImportedStyle1">
    <w:name w:val="Imported Style 1"/>
    <w:rsid w:val="006554BA"/>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7</Pages>
  <Words>1345</Words>
  <Characters>6984</Characters>
  <Application>Microsoft Office Word</Application>
  <DocSecurity>0</DocSecurity>
  <Lines>188</Lines>
  <Paragraphs>169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8160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Anne Petit2</cp:lastModifiedBy>
  <cp:revision>3</cp:revision>
  <dcterms:created xsi:type="dcterms:W3CDTF">2013-12-23T23:15:00Z</dcterms:created>
  <dcterms:modified xsi:type="dcterms:W3CDTF">2025-11-19T15:50:00Z</dcterms:modified>
  <cp:category/>
</cp:coreProperties>
</file>